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EDC3E" w14:textId="77777777" w:rsidR="007C0322" w:rsidRDefault="00000000">
      <w:pPr>
        <w:pBdr>
          <w:bottom w:val="single" w:sz="10" w:space="3" w:color="4F39F6"/>
        </w:pBdr>
        <w:spacing w:after="160"/>
      </w:pPr>
      <w:r>
        <w:rPr>
          <w:noProof/>
        </w:rPr>
        <w:drawing>
          <wp:inline distT="0" distB="0" distL="0" distR="0" wp14:anchorId="40C6049B" wp14:editId="07AB7BCA">
            <wp:extent cx="301752" cy="301752"/>
            <wp:effectExtent l="0" t="0" r="0" b="0"/>
            <wp:docPr id="1" name="Picture 1" descr="Logic Tech La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L_favicon_512.png"/>
                    <pic:cNvPicPr/>
                  </pic:nvPicPr>
                  <pic:blipFill>
                    <a:blip r:embed="rId6"/>
                    <a:stretch>
                      <a:fillRect/>
                    </a:stretch>
                  </pic:blipFill>
                  <pic:spPr>
                    <a:xfrm>
                      <a:off x="0" y="0"/>
                      <a:ext cx="301752" cy="301752"/>
                    </a:xfrm>
                    <a:prstGeom prst="rect">
                      <a:avLst/>
                    </a:prstGeom>
                  </pic:spPr>
                </pic:pic>
              </a:graphicData>
            </a:graphic>
          </wp:inline>
        </w:drawing>
      </w:r>
      <w:r>
        <w:rPr>
          <w:b/>
          <w:color w:val="4F39F6"/>
          <w:sz w:val="20"/>
        </w:rPr>
        <w:t xml:space="preserve">  LOGIC TECH LABS</w:t>
      </w:r>
      <w:r>
        <w:rPr>
          <w:b/>
          <w:color w:val="667085"/>
          <w:sz w:val="15"/>
        </w:rPr>
        <w:t xml:space="preserve">   |   PRODUCT DATA SHEET   |   PAGE 1 OF 3</w:t>
      </w:r>
    </w:p>
    <w:p w14:paraId="066434B5" w14:textId="77777777" w:rsidR="007C0322" w:rsidRDefault="00000000">
      <w:pPr>
        <w:spacing w:before="200" w:after="40"/>
      </w:pPr>
      <w:r>
        <w:rPr>
          <w:b/>
          <w:color w:val="4F39F6"/>
          <w:sz w:val="18"/>
        </w:rPr>
        <w:t>LTL-IND-403 SERIES</w:t>
      </w:r>
    </w:p>
    <w:p w14:paraId="4D46B2BC" w14:textId="77777777" w:rsidR="007C0322" w:rsidRDefault="00000000">
      <w:pPr>
        <w:spacing w:after="60"/>
      </w:pPr>
      <w:r>
        <w:rPr>
          <w:b/>
          <w:color w:val="111827"/>
          <w:sz w:val="50"/>
        </w:rPr>
        <w:t>Shielded Low-DCR Power Inductors</w:t>
      </w:r>
    </w:p>
    <w:p w14:paraId="2C43ABDE" w14:textId="77777777" w:rsidR="007C0322" w:rsidRDefault="00000000">
      <w:pPr>
        <w:spacing w:after="200"/>
      </w:pPr>
      <w:r>
        <w:rPr>
          <w:color w:val="667085"/>
          <w:sz w:val="23"/>
        </w:rPr>
        <w:t>Ultraminiature surface-mount inductors for compact power conversion and filtering</w:t>
      </w:r>
    </w:p>
    <w:tbl>
      <w:tblPr>
        <w:tblW w:w="10037" w:type="dxa"/>
        <w:tblLayout w:type="fixed"/>
        <w:tblLook w:val="04A0" w:firstRow="1" w:lastRow="0" w:firstColumn="1" w:lastColumn="0" w:noHBand="0" w:noVBand="1"/>
      </w:tblPr>
      <w:tblGrid>
        <w:gridCol w:w="5142"/>
        <w:gridCol w:w="4895"/>
      </w:tblGrid>
      <w:tr w:rsidR="007C0322" w14:paraId="63853C3D" w14:textId="77777777" w:rsidTr="005D0430">
        <w:trPr>
          <w:trHeight w:val="2401"/>
        </w:trPr>
        <w:tc>
          <w:tcPr>
            <w:tcW w:w="5142" w:type="dxa"/>
            <w:shd w:val="clear" w:color="auto" w:fill="F0EDFF"/>
            <w:tcMar>
              <w:top w:w="180" w:type="dxa"/>
              <w:left w:w="180" w:type="dxa"/>
              <w:bottom w:w="160" w:type="dxa"/>
              <w:right w:w="180" w:type="dxa"/>
            </w:tcMar>
          </w:tcPr>
          <w:p w14:paraId="3B2527C2" w14:textId="77777777" w:rsidR="007C0322" w:rsidRDefault="00000000">
            <w:r>
              <w:rPr>
                <w:b/>
                <w:color w:val="4F39F6"/>
                <w:sz w:val="17"/>
              </w:rPr>
              <w:t>PRODUCT OVERVIEW</w:t>
            </w:r>
          </w:p>
          <w:p w14:paraId="1B731B97" w14:textId="77777777" w:rsidR="007C0322" w:rsidRDefault="00000000">
            <w:pPr>
              <w:spacing w:after="0" w:line="288" w:lineRule="auto"/>
            </w:pPr>
            <w:r>
              <w:t>The LTL-IND-403 Series combines magnetic shielding, compact construction, and low DC resistance in a tape-and-reel package. The family spans 1.0 µH to 10,000 µH and supports rated current up to 3.0 A.</w:t>
            </w:r>
          </w:p>
        </w:tc>
        <w:tc>
          <w:tcPr>
            <w:tcW w:w="4895" w:type="dxa"/>
            <w:shd w:val="clear" w:color="auto" w:fill="FFFFFF"/>
            <w:tcMar>
              <w:top w:w="40" w:type="dxa"/>
              <w:left w:w="160" w:type="dxa"/>
              <w:bottom w:w="40" w:type="dxa"/>
              <w:right w:w="0" w:type="dxa"/>
            </w:tcMar>
          </w:tcPr>
          <w:p w14:paraId="29F628BA" w14:textId="77777777" w:rsidR="007C0322" w:rsidRDefault="00000000">
            <w:pPr>
              <w:spacing w:after="0"/>
              <w:jc w:val="center"/>
            </w:pPr>
            <w:r>
              <w:rPr>
                <w:noProof/>
              </w:rPr>
              <w:drawing>
                <wp:inline distT="0" distB="0" distL="0" distR="0" wp14:anchorId="58B8A0D0" wp14:editId="68BB952D">
                  <wp:extent cx="3039922" cy="2113027"/>
                  <wp:effectExtent l="0" t="0" r="825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3094686" cy="2151093"/>
                          </a:xfrm>
                          <a:prstGeom prst="rect">
                            <a:avLst/>
                          </a:prstGeom>
                        </pic:spPr>
                      </pic:pic>
                    </a:graphicData>
                  </a:graphic>
                </wp:inline>
              </w:drawing>
            </w:r>
          </w:p>
        </w:tc>
      </w:tr>
    </w:tbl>
    <w:p w14:paraId="0964D3BE" w14:textId="77777777" w:rsidR="007C0322" w:rsidRDefault="00000000">
      <w:pPr>
        <w:spacing w:before="160" w:after="80"/>
      </w:pPr>
      <w:r>
        <w:rPr>
          <w:b/>
          <w:color w:val="4F39F6"/>
          <w:sz w:val="17"/>
        </w:rPr>
        <w:t>KEY SPECIFICATIONS</w:t>
      </w:r>
    </w:p>
    <w:tbl>
      <w:tblPr>
        <w:tblW w:w="10037" w:type="dxa"/>
        <w:tblLayout w:type="fixed"/>
        <w:tblLook w:val="04A0" w:firstRow="1" w:lastRow="0" w:firstColumn="1" w:lastColumn="0" w:noHBand="0" w:noVBand="1"/>
      </w:tblPr>
      <w:tblGrid>
        <w:gridCol w:w="2509"/>
        <w:gridCol w:w="2509"/>
        <w:gridCol w:w="2509"/>
        <w:gridCol w:w="2510"/>
      </w:tblGrid>
      <w:tr w:rsidR="007C0322" w14:paraId="0B8B4B52" w14:textId="77777777">
        <w:tc>
          <w:tcPr>
            <w:tcW w:w="2509" w:type="dxa"/>
            <w:shd w:val="clear" w:color="auto" w:fill="111827"/>
            <w:tcMar>
              <w:top w:w="110" w:type="dxa"/>
              <w:left w:w="100" w:type="dxa"/>
              <w:bottom w:w="110" w:type="dxa"/>
              <w:right w:w="100" w:type="dxa"/>
            </w:tcMar>
          </w:tcPr>
          <w:p w14:paraId="7C1BE2DB" w14:textId="77777777" w:rsidR="007C0322" w:rsidRDefault="00000000">
            <w:pPr>
              <w:spacing w:after="40"/>
              <w:jc w:val="center"/>
            </w:pPr>
            <w:r>
              <w:rPr>
                <w:b/>
                <w:color w:val="FFFFFF"/>
              </w:rPr>
              <w:t>1.0 to 10,000 µH</w:t>
            </w:r>
          </w:p>
          <w:p w14:paraId="54DAECA9" w14:textId="77777777" w:rsidR="007C0322" w:rsidRDefault="00000000">
            <w:pPr>
              <w:spacing w:after="0"/>
              <w:jc w:val="center"/>
            </w:pPr>
            <w:r>
              <w:rPr>
                <w:color w:val="D0D5DD"/>
                <w:sz w:val="15"/>
              </w:rPr>
              <w:t>Inductance range</w:t>
            </w:r>
          </w:p>
        </w:tc>
        <w:tc>
          <w:tcPr>
            <w:tcW w:w="2509" w:type="dxa"/>
            <w:shd w:val="clear" w:color="auto" w:fill="111827"/>
            <w:tcMar>
              <w:top w:w="110" w:type="dxa"/>
              <w:left w:w="100" w:type="dxa"/>
              <w:bottom w:w="110" w:type="dxa"/>
              <w:right w:w="100" w:type="dxa"/>
            </w:tcMar>
          </w:tcPr>
          <w:p w14:paraId="6DB5E808" w14:textId="77777777" w:rsidR="007C0322" w:rsidRDefault="00000000">
            <w:pPr>
              <w:spacing w:after="40"/>
              <w:jc w:val="center"/>
            </w:pPr>
            <w:r>
              <w:rPr>
                <w:b/>
                <w:color w:val="FFFFFF"/>
              </w:rPr>
              <w:t>Up to 3.0 A</w:t>
            </w:r>
          </w:p>
          <w:p w14:paraId="76937689" w14:textId="77777777" w:rsidR="007C0322" w:rsidRDefault="00000000">
            <w:pPr>
              <w:spacing w:after="0"/>
              <w:jc w:val="center"/>
            </w:pPr>
            <w:r>
              <w:rPr>
                <w:color w:val="D0D5DD"/>
                <w:sz w:val="15"/>
              </w:rPr>
              <w:t>Rated current</w:t>
            </w:r>
          </w:p>
        </w:tc>
        <w:tc>
          <w:tcPr>
            <w:tcW w:w="2509" w:type="dxa"/>
            <w:shd w:val="clear" w:color="auto" w:fill="111827"/>
            <w:tcMar>
              <w:top w:w="110" w:type="dxa"/>
              <w:left w:w="100" w:type="dxa"/>
              <w:bottom w:w="110" w:type="dxa"/>
              <w:right w:w="100" w:type="dxa"/>
            </w:tcMar>
          </w:tcPr>
          <w:p w14:paraId="12375AE3" w14:textId="77777777" w:rsidR="007C0322" w:rsidRDefault="00000000">
            <w:pPr>
              <w:spacing w:after="40"/>
              <w:jc w:val="center"/>
            </w:pPr>
            <w:r>
              <w:rPr>
                <w:b/>
                <w:color w:val="FFFFFF"/>
              </w:rPr>
              <w:t>-40°C to +85°C</w:t>
            </w:r>
          </w:p>
          <w:p w14:paraId="70A66657" w14:textId="77777777" w:rsidR="007C0322" w:rsidRDefault="00000000">
            <w:pPr>
              <w:spacing w:after="0"/>
              <w:jc w:val="center"/>
            </w:pPr>
            <w:r>
              <w:rPr>
                <w:color w:val="D0D5DD"/>
                <w:sz w:val="15"/>
              </w:rPr>
              <w:t>Operating range</w:t>
            </w:r>
          </w:p>
        </w:tc>
        <w:tc>
          <w:tcPr>
            <w:tcW w:w="2510" w:type="dxa"/>
            <w:shd w:val="clear" w:color="auto" w:fill="111827"/>
            <w:tcMar>
              <w:top w:w="110" w:type="dxa"/>
              <w:left w:w="100" w:type="dxa"/>
              <w:bottom w:w="110" w:type="dxa"/>
              <w:right w:w="100" w:type="dxa"/>
            </w:tcMar>
          </w:tcPr>
          <w:p w14:paraId="3AB11A6E" w14:textId="77777777" w:rsidR="007C0322" w:rsidRDefault="00000000">
            <w:pPr>
              <w:spacing w:after="40"/>
              <w:jc w:val="center"/>
            </w:pPr>
            <w:r>
              <w:rPr>
                <w:b/>
                <w:color w:val="FFFFFF"/>
              </w:rPr>
              <w:t>6.86 x 4.45 mm</w:t>
            </w:r>
          </w:p>
          <w:p w14:paraId="374FCD7F" w14:textId="77777777" w:rsidR="007C0322" w:rsidRDefault="00000000">
            <w:pPr>
              <w:spacing w:after="0"/>
              <w:jc w:val="center"/>
            </w:pPr>
            <w:r>
              <w:rPr>
                <w:color w:val="D0D5DD"/>
                <w:sz w:val="15"/>
              </w:rPr>
              <w:t>Maximum footprint</w:t>
            </w:r>
          </w:p>
        </w:tc>
      </w:tr>
    </w:tbl>
    <w:p w14:paraId="79D53585" w14:textId="77777777" w:rsidR="007C0322" w:rsidRDefault="00000000">
      <w:pPr>
        <w:pStyle w:val="2"/>
      </w:pPr>
      <w:r>
        <w:t>Features</w:t>
      </w:r>
    </w:p>
    <w:p w14:paraId="03731A05" w14:textId="77777777" w:rsidR="007C0322" w:rsidRDefault="00000000">
      <w:pPr>
        <w:numPr>
          <w:ilvl w:val="0"/>
          <w:numId w:val="1"/>
        </w:numPr>
      </w:pPr>
      <w:r>
        <w:t>Magnetically shielded construction for reduced stray field coupling.</w:t>
      </w:r>
    </w:p>
    <w:p w14:paraId="71B9D81A" w14:textId="77777777" w:rsidR="007C0322" w:rsidRDefault="00000000">
      <w:pPr>
        <w:numPr>
          <w:ilvl w:val="0"/>
          <w:numId w:val="1"/>
        </w:numPr>
      </w:pPr>
      <w:r>
        <w:t>Low DC resistance supports high conversion efficiency and reduced power loss.</w:t>
      </w:r>
    </w:p>
    <w:p w14:paraId="01A456AF" w14:textId="77777777" w:rsidR="007C0322" w:rsidRDefault="00000000">
      <w:pPr>
        <w:numPr>
          <w:ilvl w:val="0"/>
          <w:numId w:val="1"/>
        </w:numPr>
      </w:pPr>
      <w:r>
        <w:t>Compact package suited to space-constrained and battery-powered products.</w:t>
      </w:r>
    </w:p>
    <w:p w14:paraId="189E2728" w14:textId="77777777" w:rsidR="007C0322" w:rsidRDefault="00000000">
      <w:pPr>
        <w:numPr>
          <w:ilvl w:val="0"/>
          <w:numId w:val="1"/>
        </w:numPr>
      </w:pPr>
      <w:r>
        <w:t>Broad inductance selection from 1.0 µH through 10 mH.</w:t>
      </w:r>
    </w:p>
    <w:p w14:paraId="0650EA20" w14:textId="77777777" w:rsidR="007C0322" w:rsidRDefault="00000000">
      <w:pPr>
        <w:numPr>
          <w:ilvl w:val="0"/>
          <w:numId w:val="1"/>
        </w:numPr>
      </w:pPr>
      <w:r>
        <w:t>Rated current options from 0.02 A through 3.0 A.</w:t>
      </w:r>
    </w:p>
    <w:p w14:paraId="69327C44" w14:textId="77777777" w:rsidR="007C0322" w:rsidRDefault="00000000">
      <w:pPr>
        <w:numPr>
          <w:ilvl w:val="0"/>
          <w:numId w:val="1"/>
        </w:numPr>
      </w:pPr>
      <w:r>
        <w:t>Supplied in tape-and-reel packaging for automated assembly.</w:t>
      </w:r>
    </w:p>
    <w:p w14:paraId="50D62C75" w14:textId="77777777" w:rsidR="007C0322" w:rsidRDefault="00000000">
      <w:pPr>
        <w:pStyle w:val="2"/>
      </w:pPr>
      <w:r>
        <w:t>Typical Applications</w:t>
      </w:r>
    </w:p>
    <w:p w14:paraId="43746E4E" w14:textId="77777777" w:rsidR="007C0322" w:rsidRDefault="00000000">
      <w:pPr>
        <w:numPr>
          <w:ilvl w:val="0"/>
          <w:numId w:val="1"/>
        </w:numPr>
      </w:pPr>
      <w:r>
        <w:t>DC/DC converter energy storage</w:t>
      </w:r>
    </w:p>
    <w:p w14:paraId="64B86C18" w14:textId="77777777" w:rsidR="007C0322" w:rsidRDefault="00000000">
      <w:pPr>
        <w:numPr>
          <w:ilvl w:val="0"/>
          <w:numId w:val="1"/>
        </w:numPr>
      </w:pPr>
      <w:r>
        <w:t>Power-supply filtering and decoupling</w:t>
      </w:r>
    </w:p>
    <w:p w14:paraId="1217B2AF" w14:textId="77777777" w:rsidR="007C0322" w:rsidRDefault="00000000">
      <w:pPr>
        <w:numPr>
          <w:ilvl w:val="0"/>
          <w:numId w:val="1"/>
        </w:numPr>
      </w:pPr>
      <w:r>
        <w:t>Portable and handheld equipment</w:t>
      </w:r>
    </w:p>
    <w:p w14:paraId="322E8E82" w14:textId="77777777" w:rsidR="007C0322" w:rsidRDefault="00000000">
      <w:pPr>
        <w:numPr>
          <w:ilvl w:val="0"/>
          <w:numId w:val="1"/>
        </w:numPr>
      </w:pPr>
      <w:r>
        <w:t>Communications and industrial electronics</w:t>
      </w:r>
    </w:p>
    <w:p w14:paraId="3F1DEE23" w14:textId="77777777" w:rsidR="007C0322" w:rsidRDefault="00000000">
      <w:pPr>
        <w:pStyle w:val="2"/>
      </w:pPr>
      <w:r>
        <w:t>Ordering Information</w:t>
      </w:r>
    </w:p>
    <w:tbl>
      <w:tblPr>
        <w:tblW w:w="10037" w:type="dxa"/>
        <w:tblLayout w:type="fixed"/>
        <w:tblLook w:val="04A0" w:firstRow="1" w:lastRow="0" w:firstColumn="1" w:lastColumn="0" w:noHBand="0" w:noVBand="1"/>
      </w:tblPr>
      <w:tblGrid>
        <w:gridCol w:w="1800"/>
        <w:gridCol w:w="2500"/>
        <w:gridCol w:w="5737"/>
      </w:tblGrid>
      <w:tr w:rsidR="007C0322" w14:paraId="43BD4C72" w14:textId="77777777">
        <w:trPr>
          <w:tblHeader/>
        </w:trPr>
        <w:tc>
          <w:tcPr>
            <w:tcW w:w="180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7A45978B" w14:textId="77777777" w:rsidR="007C0322" w:rsidRDefault="00000000">
            <w:pPr>
              <w:spacing w:after="0" w:line="240" w:lineRule="auto"/>
            </w:pPr>
            <w:r>
              <w:rPr>
                <w:b/>
                <w:color w:val="FFFFFF"/>
                <w:sz w:val="16"/>
              </w:rPr>
              <w:t>Field</w:t>
            </w:r>
          </w:p>
        </w:tc>
        <w:tc>
          <w:tcPr>
            <w:tcW w:w="250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5AD39FBD" w14:textId="77777777" w:rsidR="007C0322" w:rsidRDefault="00000000">
            <w:pPr>
              <w:spacing w:after="0" w:line="240" w:lineRule="auto"/>
            </w:pPr>
            <w:r>
              <w:rPr>
                <w:b/>
                <w:color w:val="FFFFFF"/>
                <w:sz w:val="16"/>
              </w:rPr>
              <w:t>Format</w:t>
            </w:r>
          </w:p>
        </w:tc>
        <w:tc>
          <w:tcPr>
            <w:tcW w:w="5737"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03A3F366" w14:textId="77777777" w:rsidR="007C0322" w:rsidRDefault="00000000">
            <w:pPr>
              <w:spacing w:after="0" w:line="240" w:lineRule="auto"/>
            </w:pPr>
            <w:r>
              <w:rPr>
                <w:b/>
                <w:color w:val="FFFFFF"/>
                <w:sz w:val="16"/>
              </w:rPr>
              <w:t>Meaning</w:t>
            </w:r>
          </w:p>
        </w:tc>
      </w:tr>
      <w:tr w:rsidR="007C0322" w14:paraId="1DC845A4" w14:textId="77777777">
        <w:tc>
          <w:tcPr>
            <w:tcW w:w="18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02A9AB0" w14:textId="77777777" w:rsidR="007C0322" w:rsidRDefault="00000000">
            <w:pPr>
              <w:spacing w:after="0" w:line="240" w:lineRule="auto"/>
            </w:pPr>
            <w:r>
              <w:rPr>
                <w:sz w:val="16"/>
              </w:rPr>
              <w:t>Series</w:t>
            </w:r>
          </w:p>
        </w:tc>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D7D33A6" w14:textId="77777777" w:rsidR="007C0322" w:rsidRDefault="00000000">
            <w:pPr>
              <w:spacing w:after="0" w:line="240" w:lineRule="auto"/>
            </w:pPr>
            <w:r>
              <w:rPr>
                <w:sz w:val="16"/>
              </w:rPr>
              <w:t>LTL-IND-403</w:t>
            </w:r>
          </w:p>
        </w:tc>
        <w:tc>
          <w:tcPr>
            <w:tcW w:w="57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7331563" w14:textId="77777777" w:rsidR="007C0322" w:rsidRDefault="00000000">
            <w:pPr>
              <w:spacing w:after="0" w:line="240" w:lineRule="auto"/>
            </w:pPr>
            <w:r>
              <w:rPr>
                <w:sz w:val="16"/>
              </w:rPr>
              <w:t>Shielded inductor family and 403 package class</w:t>
            </w:r>
          </w:p>
        </w:tc>
      </w:tr>
      <w:tr w:rsidR="007C0322" w14:paraId="7E83CEE5" w14:textId="77777777">
        <w:tc>
          <w:tcPr>
            <w:tcW w:w="18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72473C7" w14:textId="77777777" w:rsidR="007C0322" w:rsidRDefault="00000000">
            <w:pPr>
              <w:spacing w:after="0" w:line="240" w:lineRule="auto"/>
            </w:pPr>
            <w:r>
              <w:rPr>
                <w:sz w:val="16"/>
              </w:rPr>
              <w:t>Inductance code</w:t>
            </w:r>
          </w:p>
        </w:tc>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C7A72E8" w14:textId="77777777" w:rsidR="007C0322" w:rsidRDefault="00000000">
            <w:pPr>
              <w:spacing w:after="0" w:line="240" w:lineRule="auto"/>
            </w:pPr>
            <w:r>
              <w:rPr>
                <w:sz w:val="16"/>
              </w:rPr>
              <w:t>1R0 ... 103</w:t>
            </w:r>
          </w:p>
        </w:tc>
        <w:tc>
          <w:tcPr>
            <w:tcW w:w="57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0971169" w14:textId="77777777" w:rsidR="007C0322" w:rsidRDefault="00000000">
            <w:pPr>
              <w:spacing w:after="0" w:line="240" w:lineRule="auto"/>
            </w:pPr>
            <w:r>
              <w:rPr>
                <w:sz w:val="16"/>
              </w:rPr>
              <w:t>R is the decimal point; first two digits plus multiplier for µH values</w:t>
            </w:r>
          </w:p>
        </w:tc>
      </w:tr>
    </w:tbl>
    <w:p w14:paraId="21A51AA8" w14:textId="77777777" w:rsidR="007C0322" w:rsidRDefault="00000000">
      <w:pPr>
        <w:spacing w:before="80" w:after="0"/>
      </w:pPr>
      <w:r>
        <w:rPr>
          <w:b/>
          <w:color w:val="667085"/>
          <w:sz w:val="17"/>
        </w:rPr>
        <w:t xml:space="preserve">Example: </w:t>
      </w:r>
      <w:r>
        <w:rPr>
          <w:sz w:val="17"/>
        </w:rPr>
        <w:t>LTL-IND-403-100 = 10 µH, ±20% inductance tolerance.</w:t>
      </w:r>
    </w:p>
    <w:p w14:paraId="55FC756C" w14:textId="77777777" w:rsidR="007C0322" w:rsidRDefault="00000000">
      <w:pPr>
        <w:spacing w:before="40" w:after="0"/>
      </w:pPr>
      <w:r>
        <w:rPr>
          <w:b/>
          <w:color w:val="4F39F6"/>
          <w:sz w:val="16"/>
        </w:rPr>
        <w:t>Product enquiries: logic-tech-labs.com | logic.tech.labs@gmail.com</w:t>
      </w:r>
    </w:p>
    <w:p w14:paraId="51319AA2" w14:textId="77777777" w:rsidR="007C0322" w:rsidRDefault="00000000">
      <w:r>
        <w:br w:type="page"/>
      </w:r>
    </w:p>
    <w:p w14:paraId="77060FFD" w14:textId="77777777" w:rsidR="007C0322" w:rsidRDefault="007C0322">
      <w:pPr>
        <w:spacing w:after="40"/>
      </w:pPr>
    </w:p>
    <w:p w14:paraId="3EA066A1" w14:textId="77777777" w:rsidR="007C0322" w:rsidRDefault="00000000">
      <w:pPr>
        <w:pBdr>
          <w:bottom w:val="single" w:sz="10" w:space="3" w:color="4F39F6"/>
        </w:pBdr>
        <w:spacing w:after="160"/>
      </w:pPr>
      <w:r>
        <w:rPr>
          <w:noProof/>
        </w:rPr>
        <w:drawing>
          <wp:inline distT="0" distB="0" distL="0" distR="0" wp14:anchorId="5E06E2E2" wp14:editId="493AEFD6">
            <wp:extent cx="301752" cy="301752"/>
            <wp:effectExtent l="0" t="0" r="0" b="0"/>
            <wp:docPr id="3" name="Picture 3" descr="Logic Tech La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L_favicon_512.png"/>
                    <pic:cNvPicPr/>
                  </pic:nvPicPr>
                  <pic:blipFill>
                    <a:blip r:embed="rId6"/>
                    <a:stretch>
                      <a:fillRect/>
                    </a:stretch>
                  </pic:blipFill>
                  <pic:spPr>
                    <a:xfrm>
                      <a:off x="0" y="0"/>
                      <a:ext cx="301752" cy="301752"/>
                    </a:xfrm>
                    <a:prstGeom prst="rect">
                      <a:avLst/>
                    </a:prstGeom>
                  </pic:spPr>
                </pic:pic>
              </a:graphicData>
            </a:graphic>
          </wp:inline>
        </w:drawing>
      </w:r>
      <w:r>
        <w:rPr>
          <w:b/>
          <w:color w:val="4F39F6"/>
          <w:sz w:val="20"/>
        </w:rPr>
        <w:t xml:space="preserve">  LOGIC TECH LABS</w:t>
      </w:r>
      <w:r>
        <w:rPr>
          <w:b/>
          <w:color w:val="667085"/>
          <w:sz w:val="15"/>
        </w:rPr>
        <w:t xml:space="preserve">   |   PRODUCT DATA SHEET   |   PAGE 2 OF 3</w:t>
      </w:r>
    </w:p>
    <w:p w14:paraId="2A8E02EF" w14:textId="77777777" w:rsidR="007C0322" w:rsidRDefault="00000000">
      <w:pPr>
        <w:spacing w:before="120" w:after="40"/>
      </w:pPr>
      <w:r>
        <w:rPr>
          <w:b/>
          <w:color w:val="4F39F6"/>
          <w:sz w:val="18"/>
        </w:rPr>
        <w:t>ELECTRICAL CHARACTERISTICS</w:t>
      </w:r>
    </w:p>
    <w:p w14:paraId="25135980" w14:textId="77777777" w:rsidR="007C0322" w:rsidRDefault="00000000">
      <w:pPr>
        <w:spacing w:after="60"/>
      </w:pPr>
      <w:r>
        <w:rPr>
          <w:b/>
          <w:color w:val="111827"/>
          <w:sz w:val="40"/>
        </w:rPr>
        <w:t>Specifications at 25°C</w:t>
      </w:r>
    </w:p>
    <w:p w14:paraId="725D52B2" w14:textId="77777777" w:rsidR="007C0322" w:rsidRDefault="00000000">
      <w:pPr>
        <w:spacing w:after="160"/>
      </w:pPr>
      <w:r>
        <w:rPr>
          <w:color w:val="667085"/>
        </w:rPr>
        <w:t>Inductance tolerance: ±20%. Values are maximum or typical as indicated.</w:t>
      </w:r>
    </w:p>
    <w:tbl>
      <w:tblPr>
        <w:tblW w:w="10037" w:type="dxa"/>
        <w:tblLayout w:type="fixed"/>
        <w:tblLook w:val="04A0" w:firstRow="1" w:lastRow="0" w:firstColumn="1" w:lastColumn="0" w:noHBand="0" w:noVBand="1"/>
      </w:tblPr>
      <w:tblGrid>
        <w:gridCol w:w="2500"/>
        <w:gridCol w:w="950"/>
        <w:gridCol w:w="950"/>
        <w:gridCol w:w="1550"/>
        <w:gridCol w:w="1350"/>
        <w:gridCol w:w="1300"/>
        <w:gridCol w:w="1437"/>
      </w:tblGrid>
      <w:tr w:rsidR="007C0322" w14:paraId="105C204F" w14:textId="77777777">
        <w:trPr>
          <w:tblHeader/>
        </w:trPr>
        <w:tc>
          <w:tcPr>
            <w:tcW w:w="250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013A76A5" w14:textId="77777777" w:rsidR="007C0322" w:rsidRDefault="00000000">
            <w:pPr>
              <w:spacing w:after="0" w:line="240" w:lineRule="auto"/>
            </w:pPr>
            <w:r>
              <w:rPr>
                <w:b/>
                <w:color w:val="FFFFFF"/>
                <w:sz w:val="14"/>
              </w:rPr>
              <w:t>LTL Part Number</w:t>
            </w:r>
          </w:p>
        </w:tc>
        <w:tc>
          <w:tcPr>
            <w:tcW w:w="95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3AE654B5" w14:textId="77777777" w:rsidR="007C0322" w:rsidRDefault="00000000">
            <w:pPr>
              <w:spacing w:after="0" w:line="240" w:lineRule="auto"/>
              <w:jc w:val="center"/>
            </w:pPr>
            <w:r>
              <w:rPr>
                <w:b/>
                <w:color w:val="FFFFFF"/>
                <w:sz w:val="14"/>
              </w:rPr>
              <w:t>Mark</w:t>
            </w:r>
          </w:p>
        </w:tc>
        <w:tc>
          <w:tcPr>
            <w:tcW w:w="95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314C8982" w14:textId="77777777" w:rsidR="007C0322" w:rsidRDefault="00000000">
            <w:pPr>
              <w:spacing w:after="0" w:line="240" w:lineRule="auto"/>
              <w:jc w:val="center"/>
            </w:pPr>
            <w:r>
              <w:rPr>
                <w:b/>
                <w:color w:val="FFFFFF"/>
                <w:sz w:val="14"/>
              </w:rPr>
              <w:t>L (µH)</w:t>
            </w:r>
          </w:p>
        </w:tc>
        <w:tc>
          <w:tcPr>
            <w:tcW w:w="155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604418CA" w14:textId="77777777" w:rsidR="007C0322" w:rsidRDefault="00000000">
            <w:pPr>
              <w:spacing w:after="0" w:line="240" w:lineRule="auto"/>
              <w:jc w:val="center"/>
            </w:pPr>
            <w:r>
              <w:rPr>
                <w:b/>
                <w:color w:val="FFFFFF"/>
                <w:sz w:val="14"/>
              </w:rPr>
              <w:t>Q min.</w:t>
            </w:r>
          </w:p>
        </w:tc>
        <w:tc>
          <w:tcPr>
            <w:tcW w:w="135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2F77F20C" w14:textId="77777777" w:rsidR="007C0322" w:rsidRDefault="00000000">
            <w:pPr>
              <w:spacing w:after="0" w:line="240" w:lineRule="auto"/>
              <w:jc w:val="center"/>
            </w:pPr>
            <w:r>
              <w:rPr>
                <w:b/>
                <w:color w:val="FFFFFF"/>
                <w:sz w:val="14"/>
              </w:rPr>
              <w:t>DCR max. (Ω)</w:t>
            </w:r>
          </w:p>
        </w:tc>
        <w:tc>
          <w:tcPr>
            <w:tcW w:w="130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278D8915" w14:textId="77777777" w:rsidR="007C0322" w:rsidRDefault="00000000">
            <w:pPr>
              <w:spacing w:after="0" w:line="240" w:lineRule="auto"/>
              <w:jc w:val="center"/>
            </w:pPr>
            <w:r>
              <w:rPr>
                <w:b/>
                <w:color w:val="FFFFFF"/>
                <w:sz w:val="14"/>
              </w:rPr>
              <w:t>SRF typ. (MHz)</w:t>
            </w:r>
          </w:p>
        </w:tc>
        <w:tc>
          <w:tcPr>
            <w:tcW w:w="1437"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7BD0B27B" w14:textId="77777777" w:rsidR="007C0322" w:rsidRDefault="00000000">
            <w:pPr>
              <w:spacing w:after="0" w:line="240" w:lineRule="auto"/>
              <w:jc w:val="center"/>
            </w:pPr>
            <w:r>
              <w:rPr>
                <w:b/>
                <w:color w:val="FFFFFF"/>
                <w:sz w:val="14"/>
              </w:rPr>
              <w:t>Rated I max. (A)</w:t>
            </w:r>
          </w:p>
        </w:tc>
      </w:tr>
      <w:tr w:rsidR="007C0322" w14:paraId="013394E9"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3950217C" w14:textId="77777777" w:rsidR="007C0322" w:rsidRDefault="00000000">
            <w:pPr>
              <w:spacing w:after="0" w:line="240" w:lineRule="auto"/>
            </w:pPr>
            <w:r>
              <w:rPr>
                <w:sz w:val="14"/>
              </w:rPr>
              <w:t>LTL-IND-403-1R0</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2216105" w14:textId="77777777" w:rsidR="007C0322" w:rsidRDefault="00000000">
            <w:pPr>
              <w:spacing w:after="0" w:line="240" w:lineRule="auto"/>
              <w:jc w:val="center"/>
            </w:pPr>
            <w:r>
              <w:rPr>
                <w:sz w:val="14"/>
              </w:rPr>
              <w:t>1R0</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593E7E3" w14:textId="77777777" w:rsidR="007C0322" w:rsidRDefault="00000000">
            <w:pPr>
              <w:spacing w:after="0" w:line="240" w:lineRule="auto"/>
              <w:jc w:val="center"/>
            </w:pPr>
            <w:r>
              <w:rPr>
                <w:sz w:val="14"/>
              </w:rPr>
              <w:t>1.0</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633DEF5" w14:textId="77777777" w:rsidR="007C0322" w:rsidRDefault="00000000">
            <w:pPr>
              <w:spacing w:after="0" w:line="240" w:lineRule="auto"/>
              <w:jc w:val="center"/>
            </w:pPr>
            <w:r>
              <w:rPr>
                <w:sz w:val="14"/>
              </w:rPr>
              <w:t>30 @ 200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3EFD41A2" w14:textId="77777777" w:rsidR="007C0322" w:rsidRDefault="00000000">
            <w:pPr>
              <w:spacing w:after="0" w:line="240" w:lineRule="auto"/>
              <w:jc w:val="center"/>
            </w:pPr>
            <w:r>
              <w:rPr>
                <w:sz w:val="14"/>
              </w:rPr>
              <w:t>0.040</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4CBBB98" w14:textId="77777777" w:rsidR="007C0322" w:rsidRDefault="00000000">
            <w:pPr>
              <w:spacing w:after="0" w:line="240" w:lineRule="auto"/>
              <w:jc w:val="center"/>
            </w:pPr>
            <w:r>
              <w:rPr>
                <w:sz w:val="14"/>
              </w:rPr>
              <w:t>250</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6E88497" w14:textId="77777777" w:rsidR="007C0322" w:rsidRDefault="00000000">
            <w:pPr>
              <w:spacing w:after="0" w:line="240" w:lineRule="auto"/>
              <w:jc w:val="center"/>
            </w:pPr>
            <w:r>
              <w:rPr>
                <w:sz w:val="14"/>
              </w:rPr>
              <w:t>3.0</w:t>
            </w:r>
          </w:p>
        </w:tc>
      </w:tr>
      <w:tr w:rsidR="007C0322" w14:paraId="4B509486"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2E47261" w14:textId="77777777" w:rsidR="007C0322" w:rsidRDefault="00000000">
            <w:pPr>
              <w:spacing w:after="0" w:line="240" w:lineRule="auto"/>
            </w:pPr>
            <w:r>
              <w:rPr>
                <w:sz w:val="14"/>
              </w:rPr>
              <w:t>LTL-IND-403-1R5</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104D4E0" w14:textId="77777777" w:rsidR="007C0322" w:rsidRDefault="00000000">
            <w:pPr>
              <w:spacing w:after="0" w:line="240" w:lineRule="auto"/>
              <w:jc w:val="center"/>
            </w:pPr>
            <w:r>
              <w:rPr>
                <w:sz w:val="14"/>
              </w:rPr>
              <w:t>1R5</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16747FE" w14:textId="77777777" w:rsidR="007C0322" w:rsidRDefault="00000000">
            <w:pPr>
              <w:spacing w:after="0" w:line="240" w:lineRule="auto"/>
              <w:jc w:val="center"/>
            </w:pPr>
            <w:r>
              <w:rPr>
                <w:sz w:val="14"/>
              </w:rPr>
              <w:t>1.5</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241965B" w14:textId="77777777" w:rsidR="007C0322" w:rsidRDefault="00000000">
            <w:pPr>
              <w:spacing w:after="0" w:line="240" w:lineRule="auto"/>
              <w:jc w:val="center"/>
            </w:pPr>
            <w:r>
              <w:rPr>
                <w:sz w:val="14"/>
              </w:rPr>
              <w:t>30 @ 200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931FBCD" w14:textId="77777777" w:rsidR="007C0322" w:rsidRDefault="00000000">
            <w:pPr>
              <w:spacing w:after="0" w:line="240" w:lineRule="auto"/>
              <w:jc w:val="center"/>
            </w:pPr>
            <w:r>
              <w:rPr>
                <w:sz w:val="14"/>
              </w:rPr>
              <w:t>0.045</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5D9599AC" w14:textId="77777777" w:rsidR="007C0322" w:rsidRDefault="00000000">
            <w:pPr>
              <w:spacing w:after="0" w:line="240" w:lineRule="auto"/>
              <w:jc w:val="center"/>
            </w:pPr>
            <w:r>
              <w:rPr>
                <w:sz w:val="14"/>
              </w:rPr>
              <w:t>125</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F355026" w14:textId="77777777" w:rsidR="007C0322" w:rsidRDefault="00000000">
            <w:pPr>
              <w:spacing w:after="0" w:line="240" w:lineRule="auto"/>
              <w:jc w:val="center"/>
            </w:pPr>
            <w:r>
              <w:rPr>
                <w:sz w:val="14"/>
              </w:rPr>
              <w:t>2.8</w:t>
            </w:r>
          </w:p>
        </w:tc>
      </w:tr>
      <w:tr w:rsidR="007C0322" w14:paraId="6CC01E36"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D5EC6E6" w14:textId="77777777" w:rsidR="007C0322" w:rsidRDefault="00000000">
            <w:pPr>
              <w:spacing w:after="0" w:line="240" w:lineRule="auto"/>
            </w:pPr>
            <w:r>
              <w:rPr>
                <w:sz w:val="14"/>
              </w:rPr>
              <w:t>LTL-IND-403-2R2</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80146CF" w14:textId="77777777" w:rsidR="007C0322" w:rsidRDefault="00000000">
            <w:pPr>
              <w:spacing w:after="0" w:line="240" w:lineRule="auto"/>
              <w:jc w:val="center"/>
            </w:pPr>
            <w:r>
              <w:rPr>
                <w:sz w:val="14"/>
              </w:rPr>
              <w:t>2R2</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4066AB6" w14:textId="77777777" w:rsidR="007C0322" w:rsidRDefault="00000000">
            <w:pPr>
              <w:spacing w:after="0" w:line="240" w:lineRule="auto"/>
              <w:jc w:val="center"/>
            </w:pPr>
            <w:r>
              <w:rPr>
                <w:sz w:val="14"/>
              </w:rPr>
              <w:t>2.2</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5389717" w14:textId="77777777" w:rsidR="007C0322" w:rsidRDefault="00000000">
            <w:pPr>
              <w:spacing w:after="0" w:line="240" w:lineRule="auto"/>
              <w:jc w:val="center"/>
            </w:pPr>
            <w:r>
              <w:rPr>
                <w:sz w:val="14"/>
              </w:rPr>
              <w:t>40 @ 200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709386D" w14:textId="77777777" w:rsidR="007C0322" w:rsidRDefault="00000000">
            <w:pPr>
              <w:spacing w:after="0" w:line="240" w:lineRule="auto"/>
              <w:jc w:val="center"/>
            </w:pPr>
            <w:r>
              <w:rPr>
                <w:sz w:val="14"/>
              </w:rPr>
              <w:t>0.050</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37C69D17" w14:textId="77777777" w:rsidR="007C0322" w:rsidRDefault="00000000">
            <w:pPr>
              <w:spacing w:after="0" w:line="240" w:lineRule="auto"/>
              <w:jc w:val="center"/>
            </w:pPr>
            <w:r>
              <w:rPr>
                <w:sz w:val="14"/>
              </w:rPr>
              <w:t>120</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9855FFC" w14:textId="77777777" w:rsidR="007C0322" w:rsidRDefault="00000000">
            <w:pPr>
              <w:spacing w:after="0" w:line="240" w:lineRule="auto"/>
              <w:jc w:val="center"/>
            </w:pPr>
            <w:r>
              <w:rPr>
                <w:sz w:val="14"/>
              </w:rPr>
              <w:t>1.8</w:t>
            </w:r>
          </w:p>
        </w:tc>
      </w:tr>
      <w:tr w:rsidR="007C0322" w14:paraId="662C62B4"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153EB64" w14:textId="77777777" w:rsidR="007C0322" w:rsidRDefault="00000000">
            <w:pPr>
              <w:spacing w:after="0" w:line="240" w:lineRule="auto"/>
            </w:pPr>
            <w:r>
              <w:rPr>
                <w:sz w:val="14"/>
              </w:rPr>
              <w:t>LTL-IND-403-3R3</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B7A12DA" w14:textId="77777777" w:rsidR="007C0322" w:rsidRDefault="00000000">
            <w:pPr>
              <w:spacing w:after="0" w:line="240" w:lineRule="auto"/>
              <w:jc w:val="center"/>
            </w:pPr>
            <w:r>
              <w:rPr>
                <w:sz w:val="14"/>
              </w:rPr>
              <w:t>3R3</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531FF87" w14:textId="77777777" w:rsidR="007C0322" w:rsidRDefault="00000000">
            <w:pPr>
              <w:spacing w:after="0" w:line="240" w:lineRule="auto"/>
              <w:jc w:val="center"/>
            </w:pPr>
            <w:r>
              <w:rPr>
                <w:sz w:val="14"/>
              </w:rPr>
              <w:t>3.3</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A2498B6" w14:textId="77777777" w:rsidR="007C0322" w:rsidRDefault="00000000">
            <w:pPr>
              <w:spacing w:after="0" w:line="240" w:lineRule="auto"/>
              <w:jc w:val="center"/>
            </w:pPr>
            <w:r>
              <w:rPr>
                <w:sz w:val="14"/>
              </w:rPr>
              <w:t>40 @ 200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9036093" w14:textId="77777777" w:rsidR="007C0322" w:rsidRDefault="00000000">
            <w:pPr>
              <w:spacing w:after="0" w:line="240" w:lineRule="auto"/>
              <w:jc w:val="center"/>
            </w:pPr>
            <w:r>
              <w:rPr>
                <w:sz w:val="14"/>
              </w:rPr>
              <w:t>0.055</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19CB4CE" w14:textId="77777777" w:rsidR="007C0322" w:rsidRDefault="00000000">
            <w:pPr>
              <w:spacing w:after="0" w:line="240" w:lineRule="auto"/>
              <w:jc w:val="center"/>
            </w:pPr>
            <w:r>
              <w:rPr>
                <w:sz w:val="14"/>
              </w:rPr>
              <w:t>120</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3D10EA9" w14:textId="77777777" w:rsidR="007C0322" w:rsidRDefault="00000000">
            <w:pPr>
              <w:spacing w:after="0" w:line="240" w:lineRule="auto"/>
              <w:jc w:val="center"/>
            </w:pPr>
            <w:r>
              <w:rPr>
                <w:sz w:val="14"/>
              </w:rPr>
              <w:t>1.6</w:t>
            </w:r>
          </w:p>
        </w:tc>
      </w:tr>
      <w:tr w:rsidR="007C0322" w14:paraId="24E0B040"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FD37027" w14:textId="77777777" w:rsidR="007C0322" w:rsidRDefault="00000000">
            <w:pPr>
              <w:spacing w:after="0" w:line="240" w:lineRule="auto"/>
            </w:pPr>
            <w:r>
              <w:rPr>
                <w:sz w:val="14"/>
              </w:rPr>
              <w:t>LTL-IND-403-4R7</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D825D0F" w14:textId="77777777" w:rsidR="007C0322" w:rsidRDefault="00000000">
            <w:pPr>
              <w:spacing w:after="0" w:line="240" w:lineRule="auto"/>
              <w:jc w:val="center"/>
            </w:pPr>
            <w:r>
              <w:rPr>
                <w:sz w:val="14"/>
              </w:rPr>
              <w:t>4R7</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D3900F0" w14:textId="77777777" w:rsidR="007C0322" w:rsidRDefault="00000000">
            <w:pPr>
              <w:spacing w:after="0" w:line="240" w:lineRule="auto"/>
              <w:jc w:val="center"/>
            </w:pPr>
            <w:r>
              <w:rPr>
                <w:sz w:val="14"/>
              </w:rPr>
              <w:t>4.7</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EE5ADA9" w14:textId="77777777" w:rsidR="007C0322" w:rsidRDefault="00000000">
            <w:pPr>
              <w:spacing w:after="0" w:line="240" w:lineRule="auto"/>
              <w:jc w:val="center"/>
            </w:pPr>
            <w:r>
              <w:rPr>
                <w:sz w:val="14"/>
              </w:rPr>
              <w:t>40 @ 200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2C440842" w14:textId="77777777" w:rsidR="007C0322" w:rsidRDefault="00000000">
            <w:pPr>
              <w:spacing w:after="0" w:line="240" w:lineRule="auto"/>
              <w:jc w:val="center"/>
            </w:pPr>
            <w:r>
              <w:rPr>
                <w:sz w:val="14"/>
              </w:rPr>
              <w:t>0.060</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8FD99FA" w14:textId="77777777" w:rsidR="007C0322" w:rsidRDefault="00000000">
            <w:pPr>
              <w:spacing w:after="0" w:line="240" w:lineRule="auto"/>
              <w:jc w:val="center"/>
            </w:pPr>
            <w:r>
              <w:rPr>
                <w:sz w:val="14"/>
              </w:rPr>
              <w:t>105</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408E908" w14:textId="77777777" w:rsidR="007C0322" w:rsidRDefault="00000000">
            <w:pPr>
              <w:spacing w:after="0" w:line="240" w:lineRule="auto"/>
              <w:jc w:val="center"/>
            </w:pPr>
            <w:r>
              <w:rPr>
                <w:sz w:val="14"/>
              </w:rPr>
              <w:t>1.4</w:t>
            </w:r>
          </w:p>
        </w:tc>
      </w:tr>
      <w:tr w:rsidR="007C0322" w14:paraId="3A78C197"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5AD640A5" w14:textId="77777777" w:rsidR="007C0322" w:rsidRDefault="00000000">
            <w:pPr>
              <w:spacing w:after="0" w:line="240" w:lineRule="auto"/>
            </w:pPr>
            <w:r>
              <w:rPr>
                <w:sz w:val="14"/>
              </w:rPr>
              <w:t>LTL-IND-403-6R8</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87AD906" w14:textId="77777777" w:rsidR="007C0322" w:rsidRDefault="00000000">
            <w:pPr>
              <w:spacing w:after="0" w:line="240" w:lineRule="auto"/>
              <w:jc w:val="center"/>
            </w:pPr>
            <w:r>
              <w:rPr>
                <w:sz w:val="14"/>
              </w:rPr>
              <w:t>6R8</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BE4A846" w14:textId="77777777" w:rsidR="007C0322" w:rsidRDefault="00000000">
            <w:pPr>
              <w:spacing w:after="0" w:line="240" w:lineRule="auto"/>
              <w:jc w:val="center"/>
            </w:pPr>
            <w:r>
              <w:rPr>
                <w:sz w:val="14"/>
              </w:rPr>
              <w:t>6.8</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E187141" w14:textId="77777777" w:rsidR="007C0322" w:rsidRDefault="00000000">
            <w:pPr>
              <w:spacing w:after="0" w:line="240" w:lineRule="auto"/>
              <w:jc w:val="center"/>
            </w:pPr>
            <w:r>
              <w:rPr>
                <w:sz w:val="14"/>
              </w:rPr>
              <w:t>40 @ 200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ABD8CB4" w14:textId="77777777" w:rsidR="007C0322" w:rsidRDefault="00000000">
            <w:pPr>
              <w:spacing w:after="0" w:line="240" w:lineRule="auto"/>
              <w:jc w:val="center"/>
            </w:pPr>
            <w:r>
              <w:rPr>
                <w:sz w:val="14"/>
              </w:rPr>
              <w:t>0.065</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4CB90CF" w14:textId="77777777" w:rsidR="007C0322" w:rsidRDefault="00000000">
            <w:pPr>
              <w:spacing w:after="0" w:line="240" w:lineRule="auto"/>
              <w:jc w:val="center"/>
            </w:pPr>
            <w:r>
              <w:rPr>
                <w:sz w:val="14"/>
              </w:rPr>
              <w:t>50</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507F309C" w14:textId="77777777" w:rsidR="007C0322" w:rsidRDefault="00000000">
            <w:pPr>
              <w:spacing w:after="0" w:line="240" w:lineRule="auto"/>
              <w:jc w:val="center"/>
            </w:pPr>
            <w:r>
              <w:rPr>
                <w:sz w:val="14"/>
              </w:rPr>
              <w:t>1.2</w:t>
            </w:r>
          </w:p>
        </w:tc>
      </w:tr>
      <w:tr w:rsidR="007C0322" w14:paraId="781C028A"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5A78D6E" w14:textId="77777777" w:rsidR="007C0322" w:rsidRDefault="00000000">
            <w:pPr>
              <w:spacing w:after="0" w:line="240" w:lineRule="auto"/>
            </w:pPr>
            <w:r>
              <w:rPr>
                <w:sz w:val="14"/>
              </w:rPr>
              <w:t>LTL-IND-403-100</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7E98B0E" w14:textId="77777777" w:rsidR="007C0322" w:rsidRDefault="00000000">
            <w:pPr>
              <w:spacing w:after="0" w:line="240" w:lineRule="auto"/>
              <w:jc w:val="center"/>
            </w:pPr>
            <w:r>
              <w:rPr>
                <w:sz w:val="14"/>
              </w:rPr>
              <w:t>100</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588669C" w14:textId="77777777" w:rsidR="007C0322" w:rsidRDefault="00000000">
            <w:pPr>
              <w:spacing w:after="0" w:line="240" w:lineRule="auto"/>
              <w:jc w:val="center"/>
            </w:pPr>
            <w:r>
              <w:rPr>
                <w:sz w:val="14"/>
              </w:rPr>
              <w:t>10</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3CD5564C" w14:textId="77777777" w:rsidR="007C0322" w:rsidRDefault="00000000">
            <w:pPr>
              <w:spacing w:after="0" w:line="240" w:lineRule="auto"/>
              <w:jc w:val="center"/>
            </w:pPr>
            <w:r>
              <w:rPr>
                <w:sz w:val="14"/>
              </w:rPr>
              <w:t>40 @ 200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F5C8377" w14:textId="77777777" w:rsidR="007C0322" w:rsidRDefault="00000000">
            <w:pPr>
              <w:spacing w:after="0" w:line="240" w:lineRule="auto"/>
              <w:jc w:val="center"/>
            </w:pPr>
            <w:r>
              <w:rPr>
                <w:sz w:val="14"/>
              </w:rPr>
              <w:t>0.075</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B2C4E9C" w14:textId="77777777" w:rsidR="007C0322" w:rsidRDefault="00000000">
            <w:pPr>
              <w:spacing w:after="0" w:line="240" w:lineRule="auto"/>
              <w:jc w:val="center"/>
            </w:pPr>
            <w:r>
              <w:rPr>
                <w:sz w:val="14"/>
              </w:rPr>
              <w:t>38</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DD0A377" w14:textId="77777777" w:rsidR="007C0322" w:rsidRDefault="00000000">
            <w:pPr>
              <w:spacing w:after="0" w:line="240" w:lineRule="auto"/>
              <w:jc w:val="center"/>
            </w:pPr>
            <w:r>
              <w:rPr>
                <w:sz w:val="14"/>
              </w:rPr>
              <w:t>1.0</w:t>
            </w:r>
          </w:p>
        </w:tc>
      </w:tr>
      <w:tr w:rsidR="007C0322" w14:paraId="2942EB1F"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59A6124" w14:textId="77777777" w:rsidR="007C0322" w:rsidRDefault="00000000">
            <w:pPr>
              <w:spacing w:after="0" w:line="240" w:lineRule="auto"/>
            </w:pPr>
            <w:r>
              <w:rPr>
                <w:sz w:val="14"/>
              </w:rPr>
              <w:t>LTL-IND-403-150</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E8D8967" w14:textId="77777777" w:rsidR="007C0322" w:rsidRDefault="00000000">
            <w:pPr>
              <w:spacing w:after="0" w:line="240" w:lineRule="auto"/>
              <w:jc w:val="center"/>
            </w:pPr>
            <w:r>
              <w:rPr>
                <w:sz w:val="14"/>
              </w:rPr>
              <w:t>150</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6DD20C4" w14:textId="77777777" w:rsidR="007C0322" w:rsidRDefault="00000000">
            <w:pPr>
              <w:spacing w:after="0" w:line="240" w:lineRule="auto"/>
              <w:jc w:val="center"/>
            </w:pPr>
            <w:r>
              <w:rPr>
                <w:sz w:val="14"/>
              </w:rPr>
              <w:t>15</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C3ECBDB"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01F636F" w14:textId="77777777" w:rsidR="007C0322" w:rsidRDefault="00000000">
            <w:pPr>
              <w:spacing w:after="0" w:line="240" w:lineRule="auto"/>
              <w:jc w:val="center"/>
            </w:pPr>
            <w:r>
              <w:rPr>
                <w:sz w:val="14"/>
              </w:rPr>
              <w:t>0.090</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F3648C1" w14:textId="77777777" w:rsidR="007C0322" w:rsidRDefault="00000000">
            <w:pPr>
              <w:spacing w:after="0" w:line="240" w:lineRule="auto"/>
              <w:jc w:val="center"/>
            </w:pPr>
            <w:r>
              <w:rPr>
                <w:sz w:val="14"/>
              </w:rPr>
              <w:t>33</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091ED20" w14:textId="77777777" w:rsidR="007C0322" w:rsidRDefault="00000000">
            <w:pPr>
              <w:spacing w:after="0" w:line="240" w:lineRule="auto"/>
              <w:jc w:val="center"/>
            </w:pPr>
            <w:r>
              <w:rPr>
                <w:sz w:val="14"/>
              </w:rPr>
              <w:t>0.80</w:t>
            </w:r>
          </w:p>
        </w:tc>
      </w:tr>
      <w:tr w:rsidR="007C0322" w14:paraId="556EA1B1"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742DFE7" w14:textId="77777777" w:rsidR="007C0322" w:rsidRDefault="00000000">
            <w:pPr>
              <w:spacing w:after="0" w:line="240" w:lineRule="auto"/>
            </w:pPr>
            <w:r>
              <w:rPr>
                <w:sz w:val="14"/>
              </w:rPr>
              <w:t>LTL-IND-403-220</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2B945A04" w14:textId="77777777" w:rsidR="007C0322" w:rsidRDefault="00000000">
            <w:pPr>
              <w:spacing w:after="0" w:line="240" w:lineRule="auto"/>
              <w:jc w:val="center"/>
            </w:pPr>
            <w:r>
              <w:rPr>
                <w:sz w:val="14"/>
              </w:rPr>
              <w:t>220</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54E0EA9" w14:textId="77777777" w:rsidR="007C0322" w:rsidRDefault="00000000">
            <w:pPr>
              <w:spacing w:after="0" w:line="240" w:lineRule="auto"/>
              <w:jc w:val="center"/>
            </w:pPr>
            <w:r>
              <w:rPr>
                <w:sz w:val="14"/>
              </w:rPr>
              <w:t>22</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E9566F9"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49C48C8" w14:textId="77777777" w:rsidR="007C0322" w:rsidRDefault="00000000">
            <w:pPr>
              <w:spacing w:after="0" w:line="240" w:lineRule="auto"/>
              <w:jc w:val="center"/>
            </w:pPr>
            <w:r>
              <w:rPr>
                <w:sz w:val="14"/>
              </w:rPr>
              <w:t>0.11</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AA0F0D5" w14:textId="77777777" w:rsidR="007C0322" w:rsidRDefault="00000000">
            <w:pPr>
              <w:spacing w:after="0" w:line="240" w:lineRule="auto"/>
              <w:jc w:val="center"/>
            </w:pPr>
            <w:r>
              <w:rPr>
                <w:sz w:val="14"/>
              </w:rPr>
              <w:t>25</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B43DC7E" w14:textId="77777777" w:rsidR="007C0322" w:rsidRDefault="00000000">
            <w:pPr>
              <w:spacing w:after="0" w:line="240" w:lineRule="auto"/>
              <w:jc w:val="center"/>
            </w:pPr>
            <w:r>
              <w:rPr>
                <w:sz w:val="14"/>
              </w:rPr>
              <w:t>0.70</w:t>
            </w:r>
          </w:p>
        </w:tc>
      </w:tr>
      <w:tr w:rsidR="007C0322" w14:paraId="49F8BC22"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03DEDED" w14:textId="77777777" w:rsidR="007C0322" w:rsidRDefault="00000000">
            <w:pPr>
              <w:spacing w:after="0" w:line="240" w:lineRule="auto"/>
            </w:pPr>
            <w:r>
              <w:rPr>
                <w:sz w:val="14"/>
              </w:rPr>
              <w:t>LTL-IND-403-330</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2DD62C8" w14:textId="77777777" w:rsidR="007C0322" w:rsidRDefault="00000000">
            <w:pPr>
              <w:spacing w:after="0" w:line="240" w:lineRule="auto"/>
              <w:jc w:val="center"/>
            </w:pPr>
            <w:r>
              <w:rPr>
                <w:sz w:val="14"/>
              </w:rPr>
              <w:t>330</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22369A5" w14:textId="77777777" w:rsidR="007C0322" w:rsidRDefault="00000000">
            <w:pPr>
              <w:spacing w:after="0" w:line="240" w:lineRule="auto"/>
              <w:jc w:val="center"/>
            </w:pPr>
            <w:r>
              <w:rPr>
                <w:sz w:val="14"/>
              </w:rPr>
              <w:t>33</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5398DAB9"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A0BC7BF" w14:textId="77777777" w:rsidR="007C0322" w:rsidRDefault="00000000">
            <w:pPr>
              <w:spacing w:after="0" w:line="240" w:lineRule="auto"/>
              <w:jc w:val="center"/>
            </w:pPr>
            <w:r>
              <w:rPr>
                <w:sz w:val="14"/>
              </w:rPr>
              <w:t>0.19</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0FAAA61" w14:textId="77777777" w:rsidR="007C0322" w:rsidRDefault="00000000">
            <w:pPr>
              <w:spacing w:after="0" w:line="240" w:lineRule="auto"/>
              <w:jc w:val="center"/>
            </w:pPr>
            <w:r>
              <w:rPr>
                <w:sz w:val="14"/>
              </w:rPr>
              <w:t>20</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B67035C" w14:textId="77777777" w:rsidR="007C0322" w:rsidRDefault="00000000">
            <w:pPr>
              <w:spacing w:after="0" w:line="240" w:lineRule="auto"/>
              <w:jc w:val="center"/>
            </w:pPr>
            <w:r>
              <w:rPr>
                <w:sz w:val="14"/>
              </w:rPr>
              <w:t>0.60</w:t>
            </w:r>
          </w:p>
        </w:tc>
      </w:tr>
      <w:tr w:rsidR="007C0322" w14:paraId="7E444B65"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6564AC7" w14:textId="77777777" w:rsidR="007C0322" w:rsidRDefault="00000000">
            <w:pPr>
              <w:spacing w:after="0" w:line="240" w:lineRule="auto"/>
            </w:pPr>
            <w:r>
              <w:rPr>
                <w:sz w:val="14"/>
              </w:rPr>
              <w:t>LTL-IND-403-470</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77F99C0" w14:textId="77777777" w:rsidR="007C0322" w:rsidRDefault="00000000">
            <w:pPr>
              <w:spacing w:after="0" w:line="240" w:lineRule="auto"/>
              <w:jc w:val="center"/>
            </w:pPr>
            <w:r>
              <w:rPr>
                <w:sz w:val="14"/>
              </w:rPr>
              <w:t>470</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53A0BFB" w14:textId="77777777" w:rsidR="007C0322" w:rsidRDefault="00000000">
            <w:pPr>
              <w:spacing w:after="0" w:line="240" w:lineRule="auto"/>
              <w:jc w:val="center"/>
            </w:pPr>
            <w:r>
              <w:rPr>
                <w:sz w:val="14"/>
              </w:rPr>
              <w:t>47</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EEA5C9F"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2FF021B2" w14:textId="77777777" w:rsidR="007C0322" w:rsidRDefault="00000000">
            <w:pPr>
              <w:spacing w:after="0" w:line="240" w:lineRule="auto"/>
              <w:jc w:val="center"/>
            </w:pPr>
            <w:r>
              <w:rPr>
                <w:sz w:val="14"/>
              </w:rPr>
              <w:t>0.23</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2A496CBA" w14:textId="77777777" w:rsidR="007C0322" w:rsidRDefault="00000000">
            <w:pPr>
              <w:spacing w:after="0" w:line="240" w:lineRule="auto"/>
              <w:jc w:val="center"/>
            </w:pPr>
            <w:r>
              <w:rPr>
                <w:sz w:val="14"/>
              </w:rPr>
              <w:t>20</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DDCE4D9" w14:textId="77777777" w:rsidR="007C0322" w:rsidRDefault="00000000">
            <w:pPr>
              <w:spacing w:after="0" w:line="240" w:lineRule="auto"/>
              <w:jc w:val="center"/>
            </w:pPr>
            <w:r>
              <w:rPr>
                <w:sz w:val="14"/>
              </w:rPr>
              <w:t>0.50</w:t>
            </w:r>
          </w:p>
        </w:tc>
      </w:tr>
      <w:tr w:rsidR="007C0322" w14:paraId="3B3BFC08"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D0D577B" w14:textId="77777777" w:rsidR="007C0322" w:rsidRDefault="00000000">
            <w:pPr>
              <w:spacing w:after="0" w:line="240" w:lineRule="auto"/>
            </w:pPr>
            <w:r>
              <w:rPr>
                <w:sz w:val="14"/>
              </w:rPr>
              <w:t>LTL-IND-403-680</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3E1D1D7" w14:textId="77777777" w:rsidR="007C0322" w:rsidRDefault="00000000">
            <w:pPr>
              <w:spacing w:after="0" w:line="240" w:lineRule="auto"/>
              <w:jc w:val="center"/>
            </w:pPr>
            <w:r>
              <w:rPr>
                <w:sz w:val="14"/>
              </w:rPr>
              <w:t>680</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93BFBE0" w14:textId="77777777" w:rsidR="007C0322" w:rsidRDefault="00000000">
            <w:pPr>
              <w:spacing w:after="0" w:line="240" w:lineRule="auto"/>
              <w:jc w:val="center"/>
            </w:pPr>
            <w:r>
              <w:rPr>
                <w:sz w:val="14"/>
              </w:rPr>
              <w:t>68</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D3A80E3"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86F6D5D" w14:textId="77777777" w:rsidR="007C0322" w:rsidRDefault="00000000">
            <w:pPr>
              <w:spacing w:after="0" w:line="240" w:lineRule="auto"/>
              <w:jc w:val="center"/>
            </w:pPr>
            <w:r>
              <w:rPr>
                <w:sz w:val="14"/>
              </w:rPr>
              <w:t>0.29</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5C36E03" w14:textId="77777777" w:rsidR="007C0322" w:rsidRDefault="00000000">
            <w:pPr>
              <w:spacing w:after="0" w:line="240" w:lineRule="auto"/>
              <w:jc w:val="center"/>
            </w:pPr>
            <w:r>
              <w:rPr>
                <w:sz w:val="14"/>
              </w:rPr>
              <w:t>15</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5605223" w14:textId="77777777" w:rsidR="007C0322" w:rsidRDefault="00000000">
            <w:pPr>
              <w:spacing w:after="0" w:line="240" w:lineRule="auto"/>
              <w:jc w:val="center"/>
            </w:pPr>
            <w:r>
              <w:rPr>
                <w:sz w:val="14"/>
              </w:rPr>
              <w:t>0.40</w:t>
            </w:r>
          </w:p>
        </w:tc>
      </w:tr>
      <w:tr w:rsidR="007C0322" w14:paraId="069B42FF"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740874A" w14:textId="77777777" w:rsidR="007C0322" w:rsidRDefault="00000000">
            <w:pPr>
              <w:spacing w:after="0" w:line="240" w:lineRule="auto"/>
            </w:pPr>
            <w:r>
              <w:rPr>
                <w:sz w:val="14"/>
              </w:rPr>
              <w:t>LTL-IND-403-101</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192E731" w14:textId="77777777" w:rsidR="007C0322" w:rsidRDefault="00000000">
            <w:pPr>
              <w:spacing w:after="0" w:line="240" w:lineRule="auto"/>
              <w:jc w:val="center"/>
            </w:pPr>
            <w:r>
              <w:rPr>
                <w:sz w:val="14"/>
              </w:rPr>
              <w:t>101</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BBC1D51" w14:textId="77777777" w:rsidR="007C0322" w:rsidRDefault="00000000">
            <w:pPr>
              <w:spacing w:after="0" w:line="240" w:lineRule="auto"/>
              <w:jc w:val="center"/>
            </w:pPr>
            <w:r>
              <w:rPr>
                <w:sz w:val="14"/>
              </w:rPr>
              <w:t>100</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ABD7016"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081D6A7" w14:textId="77777777" w:rsidR="007C0322" w:rsidRDefault="00000000">
            <w:pPr>
              <w:spacing w:after="0" w:line="240" w:lineRule="auto"/>
              <w:jc w:val="center"/>
            </w:pPr>
            <w:r>
              <w:rPr>
                <w:sz w:val="14"/>
              </w:rPr>
              <w:t>0.48</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014BCA0" w14:textId="77777777" w:rsidR="007C0322" w:rsidRDefault="00000000">
            <w:pPr>
              <w:spacing w:after="0" w:line="240" w:lineRule="auto"/>
              <w:jc w:val="center"/>
            </w:pPr>
            <w:r>
              <w:rPr>
                <w:sz w:val="14"/>
              </w:rPr>
              <w:t>10</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6953EE8" w14:textId="77777777" w:rsidR="007C0322" w:rsidRDefault="00000000">
            <w:pPr>
              <w:spacing w:after="0" w:line="240" w:lineRule="auto"/>
              <w:jc w:val="center"/>
            </w:pPr>
            <w:r>
              <w:rPr>
                <w:sz w:val="14"/>
              </w:rPr>
              <w:t>0.30</w:t>
            </w:r>
          </w:p>
        </w:tc>
      </w:tr>
      <w:tr w:rsidR="007C0322" w14:paraId="015F78A1"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D65D5A8" w14:textId="77777777" w:rsidR="007C0322" w:rsidRDefault="00000000">
            <w:pPr>
              <w:spacing w:after="0" w:line="240" w:lineRule="auto"/>
            </w:pPr>
            <w:r>
              <w:rPr>
                <w:sz w:val="14"/>
              </w:rPr>
              <w:t>LTL-IND-403-151</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6C2372B" w14:textId="77777777" w:rsidR="007C0322" w:rsidRDefault="00000000">
            <w:pPr>
              <w:spacing w:after="0" w:line="240" w:lineRule="auto"/>
              <w:jc w:val="center"/>
            </w:pPr>
            <w:r>
              <w:rPr>
                <w:sz w:val="14"/>
              </w:rPr>
              <w:t>151</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3CB3BBF" w14:textId="77777777" w:rsidR="007C0322" w:rsidRDefault="00000000">
            <w:pPr>
              <w:spacing w:after="0" w:line="240" w:lineRule="auto"/>
              <w:jc w:val="center"/>
            </w:pPr>
            <w:r>
              <w:rPr>
                <w:sz w:val="14"/>
              </w:rPr>
              <w:t>150</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6BFE109"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5A28D728" w14:textId="77777777" w:rsidR="007C0322" w:rsidRDefault="00000000">
            <w:pPr>
              <w:spacing w:after="0" w:line="240" w:lineRule="auto"/>
              <w:jc w:val="center"/>
            </w:pPr>
            <w:r>
              <w:rPr>
                <w:sz w:val="14"/>
              </w:rPr>
              <w:t>0.59</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BD2FEE8" w14:textId="77777777" w:rsidR="007C0322" w:rsidRDefault="00000000">
            <w:pPr>
              <w:spacing w:after="0" w:line="240" w:lineRule="auto"/>
              <w:jc w:val="center"/>
            </w:pPr>
            <w:r>
              <w:rPr>
                <w:sz w:val="14"/>
              </w:rPr>
              <w:t>9</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88A0145" w14:textId="77777777" w:rsidR="007C0322" w:rsidRDefault="00000000">
            <w:pPr>
              <w:spacing w:after="0" w:line="240" w:lineRule="auto"/>
              <w:jc w:val="center"/>
            </w:pPr>
            <w:r>
              <w:rPr>
                <w:sz w:val="14"/>
              </w:rPr>
              <w:t>0.26</w:t>
            </w:r>
          </w:p>
        </w:tc>
      </w:tr>
      <w:tr w:rsidR="007C0322" w14:paraId="1695D183"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6A373AE" w14:textId="77777777" w:rsidR="007C0322" w:rsidRDefault="00000000">
            <w:pPr>
              <w:spacing w:after="0" w:line="240" w:lineRule="auto"/>
            </w:pPr>
            <w:r>
              <w:rPr>
                <w:sz w:val="14"/>
              </w:rPr>
              <w:t>LTL-IND-403-221</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799C716" w14:textId="77777777" w:rsidR="007C0322" w:rsidRDefault="00000000">
            <w:pPr>
              <w:spacing w:after="0" w:line="240" w:lineRule="auto"/>
              <w:jc w:val="center"/>
            </w:pPr>
            <w:r>
              <w:rPr>
                <w:sz w:val="14"/>
              </w:rPr>
              <w:t>221</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31775303" w14:textId="77777777" w:rsidR="007C0322" w:rsidRDefault="00000000">
            <w:pPr>
              <w:spacing w:after="0" w:line="240" w:lineRule="auto"/>
              <w:jc w:val="center"/>
            </w:pPr>
            <w:r>
              <w:rPr>
                <w:sz w:val="14"/>
              </w:rPr>
              <w:t>220</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9B86086"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15BC4A1" w14:textId="77777777" w:rsidR="007C0322" w:rsidRDefault="00000000">
            <w:pPr>
              <w:spacing w:after="0" w:line="240" w:lineRule="auto"/>
              <w:jc w:val="center"/>
            </w:pPr>
            <w:r>
              <w:rPr>
                <w:sz w:val="14"/>
              </w:rPr>
              <w:t>0.77</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893270E" w14:textId="77777777" w:rsidR="007C0322" w:rsidRDefault="00000000">
            <w:pPr>
              <w:spacing w:after="0" w:line="240" w:lineRule="auto"/>
              <w:jc w:val="center"/>
            </w:pPr>
            <w:r>
              <w:rPr>
                <w:sz w:val="14"/>
              </w:rPr>
              <w:t>6</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04E4ABB" w14:textId="77777777" w:rsidR="007C0322" w:rsidRDefault="00000000">
            <w:pPr>
              <w:spacing w:after="0" w:line="240" w:lineRule="auto"/>
              <w:jc w:val="center"/>
            </w:pPr>
            <w:r>
              <w:rPr>
                <w:sz w:val="14"/>
              </w:rPr>
              <w:t>0.22</w:t>
            </w:r>
          </w:p>
        </w:tc>
      </w:tr>
      <w:tr w:rsidR="007C0322" w14:paraId="4355ED96"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C933F72" w14:textId="77777777" w:rsidR="007C0322" w:rsidRDefault="00000000">
            <w:pPr>
              <w:spacing w:after="0" w:line="240" w:lineRule="auto"/>
            </w:pPr>
            <w:r>
              <w:rPr>
                <w:sz w:val="14"/>
              </w:rPr>
              <w:t>LTL-IND-403-331</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7F5BC61" w14:textId="77777777" w:rsidR="007C0322" w:rsidRDefault="00000000">
            <w:pPr>
              <w:spacing w:after="0" w:line="240" w:lineRule="auto"/>
              <w:jc w:val="center"/>
            </w:pPr>
            <w:r>
              <w:rPr>
                <w:sz w:val="14"/>
              </w:rPr>
              <w:t>331</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9487F0C" w14:textId="77777777" w:rsidR="007C0322" w:rsidRDefault="00000000">
            <w:pPr>
              <w:spacing w:after="0" w:line="240" w:lineRule="auto"/>
              <w:jc w:val="center"/>
            </w:pPr>
            <w:r>
              <w:rPr>
                <w:sz w:val="14"/>
              </w:rPr>
              <w:t>330</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D3ED6D5"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EC4A3BD" w14:textId="77777777" w:rsidR="007C0322" w:rsidRDefault="00000000">
            <w:pPr>
              <w:spacing w:after="0" w:line="240" w:lineRule="auto"/>
              <w:jc w:val="center"/>
            </w:pPr>
            <w:r>
              <w:rPr>
                <w:sz w:val="14"/>
              </w:rPr>
              <w:t>1.4</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8CA54F6" w14:textId="77777777" w:rsidR="007C0322" w:rsidRDefault="00000000">
            <w:pPr>
              <w:spacing w:after="0" w:line="240" w:lineRule="auto"/>
              <w:jc w:val="center"/>
            </w:pPr>
            <w:r>
              <w:rPr>
                <w:sz w:val="14"/>
              </w:rPr>
              <w:t>5</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52A5044" w14:textId="77777777" w:rsidR="007C0322" w:rsidRDefault="00000000">
            <w:pPr>
              <w:spacing w:after="0" w:line="240" w:lineRule="auto"/>
              <w:jc w:val="center"/>
            </w:pPr>
            <w:r>
              <w:rPr>
                <w:sz w:val="14"/>
              </w:rPr>
              <w:t>0.20</w:t>
            </w:r>
          </w:p>
        </w:tc>
      </w:tr>
      <w:tr w:rsidR="007C0322" w14:paraId="632F2725"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28865C3" w14:textId="77777777" w:rsidR="007C0322" w:rsidRDefault="00000000">
            <w:pPr>
              <w:spacing w:after="0" w:line="240" w:lineRule="auto"/>
            </w:pPr>
            <w:r>
              <w:rPr>
                <w:sz w:val="14"/>
              </w:rPr>
              <w:t>LTL-IND-403-471</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5B4D49D" w14:textId="77777777" w:rsidR="007C0322" w:rsidRDefault="00000000">
            <w:pPr>
              <w:spacing w:after="0" w:line="240" w:lineRule="auto"/>
              <w:jc w:val="center"/>
            </w:pPr>
            <w:r>
              <w:rPr>
                <w:sz w:val="14"/>
              </w:rPr>
              <w:t>471</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54D5EA8" w14:textId="77777777" w:rsidR="007C0322" w:rsidRDefault="00000000">
            <w:pPr>
              <w:spacing w:after="0" w:line="240" w:lineRule="auto"/>
              <w:jc w:val="center"/>
            </w:pPr>
            <w:r>
              <w:rPr>
                <w:sz w:val="14"/>
              </w:rPr>
              <w:t>470</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43521C8"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55DCBD4" w14:textId="77777777" w:rsidR="007C0322" w:rsidRDefault="00000000">
            <w:pPr>
              <w:spacing w:after="0" w:line="240" w:lineRule="auto"/>
              <w:jc w:val="center"/>
            </w:pPr>
            <w:r>
              <w:rPr>
                <w:sz w:val="14"/>
              </w:rPr>
              <w:t>1.8</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A613325" w14:textId="77777777" w:rsidR="007C0322" w:rsidRDefault="00000000">
            <w:pPr>
              <w:spacing w:after="0" w:line="240" w:lineRule="auto"/>
              <w:jc w:val="center"/>
            </w:pPr>
            <w:r>
              <w:rPr>
                <w:sz w:val="14"/>
              </w:rPr>
              <w:t>4</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DF3F5F3" w14:textId="77777777" w:rsidR="007C0322" w:rsidRDefault="00000000">
            <w:pPr>
              <w:spacing w:after="0" w:line="240" w:lineRule="auto"/>
              <w:jc w:val="center"/>
            </w:pPr>
            <w:r>
              <w:rPr>
                <w:sz w:val="14"/>
              </w:rPr>
              <w:t>0.19</w:t>
            </w:r>
          </w:p>
        </w:tc>
      </w:tr>
      <w:tr w:rsidR="007C0322" w14:paraId="4CA9CD5D"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2FD954D" w14:textId="77777777" w:rsidR="007C0322" w:rsidRDefault="00000000">
            <w:pPr>
              <w:spacing w:after="0" w:line="240" w:lineRule="auto"/>
            </w:pPr>
            <w:r>
              <w:rPr>
                <w:sz w:val="14"/>
              </w:rPr>
              <w:t>LTL-IND-403-681</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5558329" w14:textId="77777777" w:rsidR="007C0322" w:rsidRDefault="00000000">
            <w:pPr>
              <w:spacing w:after="0" w:line="240" w:lineRule="auto"/>
              <w:jc w:val="center"/>
            </w:pPr>
            <w:r>
              <w:rPr>
                <w:sz w:val="14"/>
              </w:rPr>
              <w:t>681</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C95B414" w14:textId="77777777" w:rsidR="007C0322" w:rsidRDefault="00000000">
            <w:pPr>
              <w:spacing w:after="0" w:line="240" w:lineRule="auto"/>
              <w:jc w:val="center"/>
            </w:pPr>
            <w:r>
              <w:rPr>
                <w:sz w:val="14"/>
              </w:rPr>
              <w:t>680</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62A4A97" w14:textId="77777777" w:rsidR="007C0322" w:rsidRDefault="00000000">
            <w:pPr>
              <w:spacing w:after="0" w:line="240" w:lineRule="auto"/>
              <w:jc w:val="center"/>
            </w:pPr>
            <w:r>
              <w:rPr>
                <w:sz w:val="14"/>
              </w:rPr>
              <w:t>40 @ 100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5F7C6F46" w14:textId="77777777" w:rsidR="007C0322" w:rsidRDefault="00000000">
            <w:pPr>
              <w:spacing w:after="0" w:line="240" w:lineRule="auto"/>
              <w:jc w:val="center"/>
            </w:pPr>
            <w:r>
              <w:rPr>
                <w:sz w:val="14"/>
              </w:rPr>
              <w:t>2.2</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3C5CA43" w14:textId="77777777" w:rsidR="007C0322" w:rsidRDefault="00000000">
            <w:pPr>
              <w:spacing w:after="0" w:line="240" w:lineRule="auto"/>
              <w:jc w:val="center"/>
            </w:pPr>
            <w:r>
              <w:rPr>
                <w:sz w:val="14"/>
              </w:rPr>
              <w:t>3</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5ED5385" w14:textId="77777777" w:rsidR="007C0322" w:rsidRDefault="00000000">
            <w:pPr>
              <w:spacing w:after="0" w:line="240" w:lineRule="auto"/>
              <w:jc w:val="center"/>
            </w:pPr>
            <w:r>
              <w:rPr>
                <w:sz w:val="14"/>
              </w:rPr>
              <w:t>0.18</w:t>
            </w:r>
          </w:p>
        </w:tc>
      </w:tr>
      <w:tr w:rsidR="007C0322" w14:paraId="1E93ED48"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29383D88" w14:textId="77777777" w:rsidR="007C0322" w:rsidRDefault="00000000">
            <w:pPr>
              <w:spacing w:after="0" w:line="240" w:lineRule="auto"/>
            </w:pPr>
            <w:r>
              <w:rPr>
                <w:sz w:val="14"/>
              </w:rPr>
              <w:t>LTL-IND-403-102</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D9D4E97" w14:textId="77777777" w:rsidR="007C0322" w:rsidRDefault="00000000">
            <w:pPr>
              <w:spacing w:after="0" w:line="240" w:lineRule="auto"/>
              <w:jc w:val="center"/>
            </w:pPr>
            <w:r>
              <w:rPr>
                <w:sz w:val="14"/>
              </w:rPr>
              <w:t>102</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6DCDBEF" w14:textId="77777777" w:rsidR="007C0322" w:rsidRDefault="00000000">
            <w:pPr>
              <w:spacing w:after="0" w:line="240" w:lineRule="auto"/>
              <w:jc w:val="center"/>
            </w:pPr>
            <w:r>
              <w:rPr>
                <w:sz w:val="14"/>
              </w:rPr>
              <w:t>1000</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21EE3B04" w14:textId="77777777" w:rsidR="007C0322" w:rsidRDefault="00000000">
            <w:pPr>
              <w:spacing w:after="0" w:line="240" w:lineRule="auto"/>
              <w:jc w:val="center"/>
            </w:pPr>
            <w:r>
              <w:rPr>
                <w:sz w:val="14"/>
              </w:rPr>
              <w:t>50 @ 100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B5ABE1A" w14:textId="77777777" w:rsidR="007C0322" w:rsidRDefault="00000000">
            <w:pPr>
              <w:spacing w:after="0" w:line="240" w:lineRule="auto"/>
              <w:jc w:val="center"/>
            </w:pPr>
            <w:r>
              <w:rPr>
                <w:sz w:val="14"/>
              </w:rPr>
              <w:t>3.4</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33BC761" w14:textId="77777777" w:rsidR="007C0322" w:rsidRDefault="00000000">
            <w:pPr>
              <w:spacing w:after="0" w:line="240" w:lineRule="auto"/>
              <w:jc w:val="center"/>
            </w:pPr>
            <w:r>
              <w:rPr>
                <w:sz w:val="14"/>
              </w:rPr>
              <w:t>2</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75CCF92" w14:textId="77777777" w:rsidR="007C0322" w:rsidRDefault="00000000">
            <w:pPr>
              <w:spacing w:after="0" w:line="240" w:lineRule="auto"/>
              <w:jc w:val="center"/>
            </w:pPr>
            <w:r>
              <w:rPr>
                <w:sz w:val="14"/>
              </w:rPr>
              <w:t>0.15</w:t>
            </w:r>
          </w:p>
        </w:tc>
      </w:tr>
      <w:tr w:rsidR="007C0322" w14:paraId="678C04FA"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C02A372" w14:textId="77777777" w:rsidR="007C0322" w:rsidRDefault="00000000">
            <w:pPr>
              <w:spacing w:after="0" w:line="240" w:lineRule="auto"/>
            </w:pPr>
            <w:r>
              <w:rPr>
                <w:sz w:val="14"/>
              </w:rPr>
              <w:t>LTL-IND-403-152</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C452068" w14:textId="77777777" w:rsidR="007C0322" w:rsidRDefault="00000000">
            <w:pPr>
              <w:spacing w:after="0" w:line="240" w:lineRule="auto"/>
              <w:jc w:val="center"/>
            </w:pPr>
            <w:r>
              <w:rPr>
                <w:sz w:val="14"/>
              </w:rPr>
              <w:t>152</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2F92760" w14:textId="77777777" w:rsidR="007C0322" w:rsidRDefault="00000000">
            <w:pPr>
              <w:spacing w:after="0" w:line="240" w:lineRule="auto"/>
              <w:jc w:val="center"/>
            </w:pPr>
            <w:r>
              <w:rPr>
                <w:sz w:val="14"/>
              </w:rPr>
              <w:t>1500</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B684F70" w14:textId="77777777" w:rsidR="007C0322" w:rsidRDefault="00000000">
            <w:pPr>
              <w:spacing w:after="0" w:line="240" w:lineRule="auto"/>
              <w:jc w:val="center"/>
            </w:pPr>
            <w:r>
              <w:rPr>
                <w:sz w:val="14"/>
              </w:rPr>
              <w:t>50 @ 100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5BBC530E" w14:textId="77777777" w:rsidR="007C0322" w:rsidRDefault="00000000">
            <w:pPr>
              <w:spacing w:after="0" w:line="240" w:lineRule="auto"/>
              <w:jc w:val="center"/>
            </w:pPr>
            <w:r>
              <w:rPr>
                <w:sz w:val="14"/>
              </w:rPr>
              <w:t>4.2</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2CB28FC" w14:textId="77777777" w:rsidR="007C0322" w:rsidRDefault="00000000">
            <w:pPr>
              <w:spacing w:after="0" w:line="240" w:lineRule="auto"/>
              <w:jc w:val="center"/>
            </w:pPr>
            <w:r>
              <w:rPr>
                <w:sz w:val="14"/>
              </w:rPr>
              <w:t>2</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6F030C7" w14:textId="77777777" w:rsidR="007C0322" w:rsidRDefault="00000000">
            <w:pPr>
              <w:spacing w:after="0" w:line="240" w:lineRule="auto"/>
              <w:jc w:val="center"/>
            </w:pPr>
            <w:r>
              <w:rPr>
                <w:sz w:val="14"/>
              </w:rPr>
              <w:t>0.12</w:t>
            </w:r>
          </w:p>
        </w:tc>
      </w:tr>
      <w:tr w:rsidR="007C0322" w14:paraId="732FDE1A"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1A7DDFD" w14:textId="77777777" w:rsidR="007C0322" w:rsidRDefault="00000000">
            <w:pPr>
              <w:spacing w:after="0" w:line="240" w:lineRule="auto"/>
            </w:pPr>
            <w:r>
              <w:rPr>
                <w:sz w:val="14"/>
              </w:rPr>
              <w:t>LTL-IND-403-222</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FFBED5B" w14:textId="77777777" w:rsidR="007C0322" w:rsidRDefault="00000000">
            <w:pPr>
              <w:spacing w:after="0" w:line="240" w:lineRule="auto"/>
              <w:jc w:val="center"/>
            </w:pPr>
            <w:r>
              <w:rPr>
                <w:sz w:val="14"/>
              </w:rPr>
              <w:t>222</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ECD899D" w14:textId="77777777" w:rsidR="007C0322" w:rsidRDefault="00000000">
            <w:pPr>
              <w:spacing w:after="0" w:line="240" w:lineRule="auto"/>
              <w:jc w:val="center"/>
            </w:pPr>
            <w:r>
              <w:rPr>
                <w:sz w:val="14"/>
              </w:rPr>
              <w:t>2200</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E250AF0" w14:textId="77777777" w:rsidR="007C0322" w:rsidRDefault="00000000">
            <w:pPr>
              <w:spacing w:after="0" w:line="240" w:lineRule="auto"/>
              <w:jc w:val="center"/>
            </w:pPr>
            <w:r>
              <w:rPr>
                <w:sz w:val="14"/>
              </w:rPr>
              <w:t>50 @ 100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E217289" w14:textId="77777777" w:rsidR="007C0322" w:rsidRDefault="00000000">
            <w:pPr>
              <w:spacing w:after="0" w:line="240" w:lineRule="auto"/>
              <w:jc w:val="center"/>
            </w:pPr>
            <w:r>
              <w:rPr>
                <w:sz w:val="14"/>
              </w:rPr>
              <w:t>8.5</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433F617" w14:textId="77777777" w:rsidR="007C0322" w:rsidRDefault="00000000">
            <w:pPr>
              <w:spacing w:after="0" w:line="240" w:lineRule="auto"/>
              <w:jc w:val="center"/>
            </w:pPr>
            <w:r>
              <w:rPr>
                <w:sz w:val="14"/>
              </w:rPr>
              <w:t>2</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3874C82B" w14:textId="77777777" w:rsidR="007C0322" w:rsidRDefault="00000000">
            <w:pPr>
              <w:spacing w:after="0" w:line="240" w:lineRule="auto"/>
              <w:jc w:val="center"/>
            </w:pPr>
            <w:r>
              <w:rPr>
                <w:sz w:val="14"/>
              </w:rPr>
              <w:t>0.10</w:t>
            </w:r>
          </w:p>
        </w:tc>
      </w:tr>
      <w:tr w:rsidR="007C0322" w14:paraId="1E4D5D69"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E688C66" w14:textId="77777777" w:rsidR="007C0322" w:rsidRDefault="00000000">
            <w:pPr>
              <w:spacing w:after="0" w:line="240" w:lineRule="auto"/>
            </w:pPr>
            <w:r>
              <w:rPr>
                <w:sz w:val="14"/>
              </w:rPr>
              <w:t>LTL-IND-403-332</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5BDEEFC2" w14:textId="77777777" w:rsidR="007C0322" w:rsidRDefault="00000000">
            <w:pPr>
              <w:spacing w:after="0" w:line="240" w:lineRule="auto"/>
              <w:jc w:val="center"/>
            </w:pPr>
            <w:r>
              <w:rPr>
                <w:sz w:val="14"/>
              </w:rPr>
              <w:t>332</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2A0C2FD" w14:textId="77777777" w:rsidR="007C0322" w:rsidRDefault="00000000">
            <w:pPr>
              <w:spacing w:after="0" w:line="240" w:lineRule="auto"/>
              <w:jc w:val="center"/>
            </w:pPr>
            <w:r>
              <w:rPr>
                <w:sz w:val="14"/>
              </w:rPr>
              <w:t>3300</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C6531C3" w14:textId="77777777" w:rsidR="007C0322" w:rsidRDefault="00000000">
            <w:pPr>
              <w:spacing w:after="0" w:line="240" w:lineRule="auto"/>
              <w:jc w:val="center"/>
            </w:pPr>
            <w:r>
              <w:rPr>
                <w:sz w:val="14"/>
              </w:rPr>
              <w:t>50 @ 100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132D51E" w14:textId="77777777" w:rsidR="007C0322" w:rsidRDefault="00000000">
            <w:pPr>
              <w:spacing w:after="0" w:line="240" w:lineRule="auto"/>
              <w:jc w:val="center"/>
            </w:pPr>
            <w:r>
              <w:rPr>
                <w:sz w:val="14"/>
              </w:rPr>
              <w:t>11.0</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6269A1E" w14:textId="77777777" w:rsidR="007C0322" w:rsidRDefault="00000000">
            <w:pPr>
              <w:spacing w:after="0" w:line="240" w:lineRule="auto"/>
              <w:jc w:val="center"/>
            </w:pPr>
            <w:r>
              <w:rPr>
                <w:sz w:val="14"/>
              </w:rPr>
              <w:t>1</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1F34FE8" w14:textId="77777777" w:rsidR="007C0322" w:rsidRDefault="00000000">
            <w:pPr>
              <w:spacing w:after="0" w:line="240" w:lineRule="auto"/>
              <w:jc w:val="center"/>
            </w:pPr>
            <w:r>
              <w:rPr>
                <w:sz w:val="14"/>
              </w:rPr>
              <w:t>0.08</w:t>
            </w:r>
          </w:p>
        </w:tc>
      </w:tr>
      <w:tr w:rsidR="007C0322" w14:paraId="1B17AC0F"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9054ECD" w14:textId="77777777" w:rsidR="007C0322" w:rsidRDefault="00000000">
            <w:pPr>
              <w:spacing w:after="0" w:line="240" w:lineRule="auto"/>
            </w:pPr>
            <w:r>
              <w:rPr>
                <w:sz w:val="14"/>
              </w:rPr>
              <w:t>LTL-IND-403-472</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BACD726" w14:textId="77777777" w:rsidR="007C0322" w:rsidRDefault="00000000">
            <w:pPr>
              <w:spacing w:after="0" w:line="240" w:lineRule="auto"/>
              <w:jc w:val="center"/>
            </w:pPr>
            <w:r>
              <w:rPr>
                <w:sz w:val="14"/>
              </w:rPr>
              <w:t>472</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30C6D45A" w14:textId="77777777" w:rsidR="007C0322" w:rsidRDefault="00000000">
            <w:pPr>
              <w:spacing w:after="0" w:line="240" w:lineRule="auto"/>
              <w:jc w:val="center"/>
            </w:pPr>
            <w:r>
              <w:rPr>
                <w:sz w:val="14"/>
              </w:rPr>
              <w:t>4700</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6CD4ACC" w14:textId="77777777" w:rsidR="007C0322" w:rsidRDefault="00000000">
            <w:pPr>
              <w:spacing w:after="0" w:line="240" w:lineRule="auto"/>
              <w:jc w:val="center"/>
            </w:pPr>
            <w:r>
              <w:rPr>
                <w:sz w:val="14"/>
              </w:rPr>
              <w:t>50 @ 100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CBB669A" w14:textId="77777777" w:rsidR="007C0322" w:rsidRDefault="00000000">
            <w:pPr>
              <w:spacing w:after="0" w:line="240" w:lineRule="auto"/>
              <w:jc w:val="center"/>
            </w:pPr>
            <w:r>
              <w:rPr>
                <w:sz w:val="14"/>
              </w:rPr>
              <w:t>13.9</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C5BEA66" w14:textId="77777777" w:rsidR="007C0322" w:rsidRDefault="00000000">
            <w:pPr>
              <w:spacing w:after="0" w:line="240" w:lineRule="auto"/>
              <w:jc w:val="center"/>
            </w:pPr>
            <w:r>
              <w:rPr>
                <w:sz w:val="14"/>
              </w:rPr>
              <w:t>1</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D3C3DB2" w14:textId="77777777" w:rsidR="007C0322" w:rsidRDefault="00000000">
            <w:pPr>
              <w:spacing w:after="0" w:line="240" w:lineRule="auto"/>
              <w:jc w:val="center"/>
            </w:pPr>
            <w:r>
              <w:rPr>
                <w:sz w:val="14"/>
              </w:rPr>
              <w:t>0.06</w:t>
            </w:r>
          </w:p>
        </w:tc>
      </w:tr>
      <w:tr w:rsidR="007C0322" w14:paraId="052B953E" w14:textId="77777777">
        <w:tc>
          <w:tcPr>
            <w:tcW w:w="2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6307F7B" w14:textId="77777777" w:rsidR="007C0322" w:rsidRDefault="00000000">
            <w:pPr>
              <w:spacing w:after="0" w:line="240" w:lineRule="auto"/>
            </w:pPr>
            <w:r>
              <w:rPr>
                <w:sz w:val="14"/>
              </w:rPr>
              <w:t>LTL-IND-403-682</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D978F30" w14:textId="77777777" w:rsidR="007C0322" w:rsidRDefault="00000000">
            <w:pPr>
              <w:spacing w:after="0" w:line="240" w:lineRule="auto"/>
              <w:jc w:val="center"/>
            </w:pPr>
            <w:r>
              <w:rPr>
                <w:sz w:val="14"/>
              </w:rPr>
              <w:t>682</w:t>
            </w:r>
          </w:p>
        </w:tc>
        <w:tc>
          <w:tcPr>
            <w:tcW w:w="9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A5D07DD" w14:textId="77777777" w:rsidR="007C0322" w:rsidRDefault="00000000">
            <w:pPr>
              <w:spacing w:after="0" w:line="240" w:lineRule="auto"/>
              <w:jc w:val="center"/>
            </w:pPr>
            <w:r>
              <w:rPr>
                <w:sz w:val="14"/>
              </w:rPr>
              <w:t>6800</w:t>
            </w:r>
          </w:p>
        </w:tc>
        <w:tc>
          <w:tcPr>
            <w:tcW w:w="15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5E03AAE9" w14:textId="77777777" w:rsidR="007C0322" w:rsidRDefault="00000000">
            <w:pPr>
              <w:spacing w:after="0" w:line="240" w:lineRule="auto"/>
              <w:jc w:val="center"/>
            </w:pPr>
            <w:r>
              <w:rPr>
                <w:sz w:val="14"/>
              </w:rPr>
              <w:t>50 @ 100 kHz</w:t>
            </w:r>
          </w:p>
        </w:tc>
        <w:tc>
          <w:tcPr>
            <w:tcW w:w="135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DC08FC6" w14:textId="77777777" w:rsidR="007C0322" w:rsidRDefault="00000000">
            <w:pPr>
              <w:spacing w:after="0" w:line="240" w:lineRule="auto"/>
              <w:jc w:val="center"/>
            </w:pPr>
            <w:r>
              <w:rPr>
                <w:sz w:val="14"/>
              </w:rPr>
              <w:t>25.0</w:t>
            </w:r>
          </w:p>
        </w:tc>
        <w:tc>
          <w:tcPr>
            <w:tcW w:w="1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F5884AE" w14:textId="77777777" w:rsidR="007C0322" w:rsidRDefault="00000000">
            <w:pPr>
              <w:spacing w:after="0" w:line="240" w:lineRule="auto"/>
              <w:jc w:val="center"/>
            </w:pPr>
            <w:r>
              <w:rPr>
                <w:sz w:val="14"/>
              </w:rPr>
              <w:t>1</w:t>
            </w:r>
          </w:p>
        </w:tc>
        <w:tc>
          <w:tcPr>
            <w:tcW w:w="14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1E6FAAD" w14:textId="77777777" w:rsidR="007C0322" w:rsidRDefault="00000000">
            <w:pPr>
              <w:spacing w:after="0" w:line="240" w:lineRule="auto"/>
              <w:jc w:val="center"/>
            </w:pPr>
            <w:r>
              <w:rPr>
                <w:sz w:val="14"/>
              </w:rPr>
              <w:t>0.04</w:t>
            </w:r>
          </w:p>
        </w:tc>
      </w:tr>
      <w:tr w:rsidR="007C0322" w14:paraId="6367C188" w14:textId="77777777">
        <w:tc>
          <w:tcPr>
            <w:tcW w:w="2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4092F8E" w14:textId="77777777" w:rsidR="007C0322" w:rsidRDefault="00000000">
            <w:pPr>
              <w:spacing w:after="0" w:line="240" w:lineRule="auto"/>
            </w:pPr>
            <w:r>
              <w:rPr>
                <w:sz w:val="14"/>
              </w:rPr>
              <w:t>LTL-IND-403-103</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F725818" w14:textId="77777777" w:rsidR="007C0322" w:rsidRDefault="00000000">
            <w:pPr>
              <w:spacing w:after="0" w:line="240" w:lineRule="auto"/>
              <w:jc w:val="center"/>
            </w:pPr>
            <w:r>
              <w:rPr>
                <w:sz w:val="14"/>
              </w:rPr>
              <w:t>103</w:t>
            </w:r>
          </w:p>
        </w:tc>
        <w:tc>
          <w:tcPr>
            <w:tcW w:w="9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0AA4DCA" w14:textId="77777777" w:rsidR="007C0322" w:rsidRDefault="00000000">
            <w:pPr>
              <w:spacing w:after="0" w:line="240" w:lineRule="auto"/>
              <w:jc w:val="center"/>
            </w:pPr>
            <w:r>
              <w:rPr>
                <w:sz w:val="14"/>
              </w:rPr>
              <w:t>10000</w:t>
            </w:r>
          </w:p>
        </w:tc>
        <w:tc>
          <w:tcPr>
            <w:tcW w:w="15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2076F349" w14:textId="77777777" w:rsidR="007C0322" w:rsidRDefault="00000000">
            <w:pPr>
              <w:spacing w:after="0" w:line="240" w:lineRule="auto"/>
              <w:jc w:val="center"/>
            </w:pPr>
            <w:r>
              <w:rPr>
                <w:sz w:val="14"/>
              </w:rPr>
              <w:t>50 @ 100 kHz</w:t>
            </w:r>
          </w:p>
        </w:tc>
        <w:tc>
          <w:tcPr>
            <w:tcW w:w="135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E5FF424" w14:textId="77777777" w:rsidR="007C0322" w:rsidRDefault="00000000">
            <w:pPr>
              <w:spacing w:after="0" w:line="240" w:lineRule="auto"/>
              <w:jc w:val="center"/>
            </w:pPr>
            <w:r>
              <w:rPr>
                <w:sz w:val="14"/>
              </w:rPr>
              <w:t>32.8</w:t>
            </w:r>
          </w:p>
        </w:tc>
        <w:tc>
          <w:tcPr>
            <w:tcW w:w="1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225C609" w14:textId="77777777" w:rsidR="007C0322" w:rsidRDefault="00000000">
            <w:pPr>
              <w:spacing w:after="0" w:line="240" w:lineRule="auto"/>
              <w:jc w:val="center"/>
            </w:pPr>
            <w:r>
              <w:rPr>
                <w:sz w:val="14"/>
              </w:rPr>
              <w:t>0.8</w:t>
            </w:r>
          </w:p>
        </w:tc>
        <w:tc>
          <w:tcPr>
            <w:tcW w:w="14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E2B04E6" w14:textId="77777777" w:rsidR="007C0322" w:rsidRDefault="00000000">
            <w:pPr>
              <w:spacing w:after="0" w:line="240" w:lineRule="auto"/>
              <w:jc w:val="center"/>
            </w:pPr>
            <w:r>
              <w:rPr>
                <w:sz w:val="14"/>
              </w:rPr>
              <w:t>0.02</w:t>
            </w:r>
          </w:p>
        </w:tc>
      </w:tr>
    </w:tbl>
    <w:p w14:paraId="1E787BFD" w14:textId="77777777" w:rsidR="007C0322" w:rsidRDefault="00000000">
      <w:pPr>
        <w:spacing w:before="120" w:after="40"/>
      </w:pPr>
      <w:r>
        <w:rPr>
          <w:b/>
          <w:color w:val="667085"/>
          <w:sz w:val="17"/>
        </w:rPr>
        <w:t xml:space="preserve">Test condition 1: </w:t>
      </w:r>
      <w:r>
        <w:rPr>
          <w:sz w:val="17"/>
        </w:rPr>
        <w:t>Inductance measured at 100 kHz, 0.1 V, series equivalent circuit (Ls).</w:t>
      </w:r>
    </w:p>
    <w:p w14:paraId="0F395CE0" w14:textId="77777777" w:rsidR="007C0322" w:rsidRDefault="00000000">
      <w:pPr>
        <w:spacing w:after="40"/>
      </w:pPr>
      <w:r>
        <w:rPr>
          <w:b/>
          <w:color w:val="667085"/>
          <w:sz w:val="17"/>
        </w:rPr>
        <w:t xml:space="preserve">Test condition 2: </w:t>
      </w:r>
      <w:r>
        <w:rPr>
          <w:sz w:val="17"/>
        </w:rPr>
        <w:t>Rated current corresponds to a typical 30°C temperature rise.</w:t>
      </w:r>
    </w:p>
    <w:p w14:paraId="26ACA730" w14:textId="77777777" w:rsidR="007C0322" w:rsidRDefault="00000000">
      <w:pPr>
        <w:spacing w:after="0"/>
      </w:pPr>
      <w:r>
        <w:rPr>
          <w:b/>
          <w:color w:val="667085"/>
          <w:sz w:val="17"/>
        </w:rPr>
        <w:t xml:space="preserve">Definitions: </w:t>
      </w:r>
      <w:r>
        <w:rPr>
          <w:sz w:val="17"/>
        </w:rPr>
        <w:t>DCR = DC resistance; SRF = self-resonant frequency; Q = quality factor.</w:t>
      </w:r>
    </w:p>
    <w:p w14:paraId="48969D8D" w14:textId="77777777" w:rsidR="007C0322" w:rsidRDefault="00000000">
      <w:r>
        <w:br w:type="page"/>
      </w:r>
    </w:p>
    <w:p w14:paraId="5526FE24" w14:textId="77777777" w:rsidR="007C0322" w:rsidRDefault="007C0322">
      <w:pPr>
        <w:spacing w:after="40"/>
      </w:pPr>
    </w:p>
    <w:p w14:paraId="53F095B3" w14:textId="77777777" w:rsidR="007C0322" w:rsidRDefault="00000000">
      <w:pPr>
        <w:pBdr>
          <w:bottom w:val="single" w:sz="10" w:space="3" w:color="4F39F6"/>
        </w:pBdr>
        <w:spacing w:after="160"/>
      </w:pPr>
      <w:r>
        <w:rPr>
          <w:noProof/>
        </w:rPr>
        <w:drawing>
          <wp:inline distT="0" distB="0" distL="0" distR="0" wp14:anchorId="750FC89E" wp14:editId="79905A78">
            <wp:extent cx="301752" cy="301752"/>
            <wp:effectExtent l="0" t="0" r="0" b="0"/>
            <wp:docPr id="4" name="Picture 4" descr="Logic Tech La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L_favicon_512.png"/>
                    <pic:cNvPicPr/>
                  </pic:nvPicPr>
                  <pic:blipFill>
                    <a:blip r:embed="rId6"/>
                    <a:stretch>
                      <a:fillRect/>
                    </a:stretch>
                  </pic:blipFill>
                  <pic:spPr>
                    <a:xfrm>
                      <a:off x="0" y="0"/>
                      <a:ext cx="301752" cy="301752"/>
                    </a:xfrm>
                    <a:prstGeom prst="rect">
                      <a:avLst/>
                    </a:prstGeom>
                  </pic:spPr>
                </pic:pic>
              </a:graphicData>
            </a:graphic>
          </wp:inline>
        </w:drawing>
      </w:r>
      <w:r>
        <w:rPr>
          <w:b/>
          <w:color w:val="4F39F6"/>
          <w:sz w:val="20"/>
        </w:rPr>
        <w:t xml:space="preserve">  LOGIC TECH LABS</w:t>
      </w:r>
      <w:r>
        <w:rPr>
          <w:b/>
          <w:color w:val="667085"/>
          <w:sz w:val="15"/>
        </w:rPr>
        <w:t xml:space="preserve">   |   PRODUCT DATA SHEET   |   PAGE 3 OF 3</w:t>
      </w:r>
    </w:p>
    <w:p w14:paraId="4FABE013" w14:textId="77777777" w:rsidR="007C0322" w:rsidRDefault="00000000">
      <w:pPr>
        <w:spacing w:before="120" w:after="40"/>
      </w:pPr>
      <w:r>
        <w:rPr>
          <w:b/>
          <w:color w:val="4F39F6"/>
          <w:sz w:val="18"/>
        </w:rPr>
        <w:t>MECHANICAL INFORMATION</w:t>
      </w:r>
    </w:p>
    <w:p w14:paraId="0FC00FE6" w14:textId="77777777" w:rsidR="007C0322" w:rsidRDefault="00000000">
      <w:pPr>
        <w:spacing w:after="160"/>
      </w:pPr>
      <w:r>
        <w:rPr>
          <w:b/>
          <w:color w:val="111827"/>
          <w:sz w:val="40"/>
        </w:rPr>
        <w:t>Dimensions and Packaging</w:t>
      </w:r>
    </w:p>
    <w:p w14:paraId="562E999C" w14:textId="77777777" w:rsidR="007C0322" w:rsidRDefault="00000000">
      <w:pPr>
        <w:jc w:val="center"/>
      </w:pPr>
      <w:r>
        <w:rPr>
          <w:noProof/>
        </w:rPr>
        <w:drawing>
          <wp:inline distT="0" distB="0" distL="0" distR="0" wp14:anchorId="31EB9E36" wp14:editId="372157C2">
            <wp:extent cx="6263640" cy="3257093"/>
            <wp:effectExtent l="0" t="0" r="0" b="0"/>
            <wp:docPr id="5" name="Picture 5" descr="Mechanical outline showing top, side, and bottom views with dim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l_ind_403_mechanical.png"/>
                    <pic:cNvPicPr/>
                  </pic:nvPicPr>
                  <pic:blipFill>
                    <a:blip r:embed="rId8"/>
                    <a:stretch>
                      <a:fillRect/>
                    </a:stretch>
                  </pic:blipFill>
                  <pic:spPr>
                    <a:xfrm>
                      <a:off x="0" y="0"/>
                      <a:ext cx="6263640" cy="3257093"/>
                    </a:xfrm>
                    <a:prstGeom prst="rect">
                      <a:avLst/>
                    </a:prstGeom>
                  </pic:spPr>
                </pic:pic>
              </a:graphicData>
            </a:graphic>
          </wp:inline>
        </w:drawing>
      </w:r>
    </w:p>
    <w:p w14:paraId="54C7D235" w14:textId="77777777" w:rsidR="007C0322" w:rsidRDefault="00000000">
      <w:pPr>
        <w:pStyle w:val="2"/>
      </w:pPr>
      <w:r>
        <w:t>Dimension Reference</w:t>
      </w:r>
    </w:p>
    <w:tbl>
      <w:tblPr>
        <w:tblW w:w="10037" w:type="dxa"/>
        <w:tblLayout w:type="fixed"/>
        <w:tblLook w:val="04A0" w:firstRow="1" w:lastRow="0" w:firstColumn="1" w:lastColumn="0" w:noHBand="0" w:noVBand="1"/>
      </w:tblPr>
      <w:tblGrid>
        <w:gridCol w:w="1100"/>
        <w:gridCol w:w="4300"/>
        <w:gridCol w:w="2300"/>
        <w:gridCol w:w="2337"/>
      </w:tblGrid>
      <w:tr w:rsidR="007C0322" w14:paraId="1326ADEB" w14:textId="77777777">
        <w:trPr>
          <w:tblHeader/>
        </w:trPr>
        <w:tc>
          <w:tcPr>
            <w:tcW w:w="110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10D8219C" w14:textId="77777777" w:rsidR="007C0322" w:rsidRDefault="00000000">
            <w:pPr>
              <w:spacing w:after="0" w:line="240" w:lineRule="auto"/>
            </w:pPr>
            <w:r>
              <w:rPr>
                <w:b/>
                <w:color w:val="FFFFFF"/>
                <w:sz w:val="16"/>
              </w:rPr>
              <w:t>Symbol</w:t>
            </w:r>
          </w:p>
        </w:tc>
        <w:tc>
          <w:tcPr>
            <w:tcW w:w="430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4E8E15CB" w14:textId="77777777" w:rsidR="007C0322" w:rsidRDefault="00000000">
            <w:pPr>
              <w:spacing w:after="0" w:line="240" w:lineRule="auto"/>
            </w:pPr>
            <w:r>
              <w:rPr>
                <w:b/>
                <w:color w:val="FFFFFF"/>
                <w:sz w:val="16"/>
              </w:rPr>
              <w:t>Dimension</w:t>
            </w:r>
          </w:p>
        </w:tc>
        <w:tc>
          <w:tcPr>
            <w:tcW w:w="230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3BE6E875" w14:textId="77777777" w:rsidR="007C0322" w:rsidRDefault="00000000">
            <w:pPr>
              <w:spacing w:after="0" w:line="240" w:lineRule="auto"/>
            </w:pPr>
            <w:r>
              <w:rPr>
                <w:b/>
                <w:color w:val="FFFFFF"/>
                <w:sz w:val="16"/>
              </w:rPr>
              <w:t>Value (mm)</w:t>
            </w:r>
          </w:p>
        </w:tc>
        <w:tc>
          <w:tcPr>
            <w:tcW w:w="2337"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2470B6EF" w14:textId="77777777" w:rsidR="007C0322" w:rsidRDefault="00000000">
            <w:pPr>
              <w:spacing w:after="0" w:line="240" w:lineRule="auto"/>
            </w:pPr>
            <w:r>
              <w:rPr>
                <w:b/>
                <w:color w:val="FFFFFF"/>
                <w:sz w:val="16"/>
              </w:rPr>
              <w:t>Limit</w:t>
            </w:r>
          </w:p>
        </w:tc>
      </w:tr>
      <w:tr w:rsidR="007C0322" w14:paraId="2A9144CA" w14:textId="77777777">
        <w:tc>
          <w:tcPr>
            <w:tcW w:w="11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DEAC199" w14:textId="77777777" w:rsidR="007C0322" w:rsidRDefault="00000000">
            <w:pPr>
              <w:spacing w:after="0" w:line="240" w:lineRule="auto"/>
            </w:pPr>
            <w:r>
              <w:rPr>
                <w:sz w:val="16"/>
              </w:rPr>
              <w:t>A</w:t>
            </w:r>
          </w:p>
        </w:tc>
        <w:tc>
          <w:tcPr>
            <w:tcW w:w="4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211F162" w14:textId="77777777" w:rsidR="007C0322" w:rsidRDefault="00000000">
            <w:pPr>
              <w:spacing w:after="0" w:line="240" w:lineRule="auto"/>
            </w:pPr>
            <w:r>
              <w:rPr>
                <w:sz w:val="16"/>
              </w:rPr>
              <w:t>Top-view length</w:t>
            </w:r>
          </w:p>
        </w:tc>
        <w:tc>
          <w:tcPr>
            <w:tcW w:w="2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5661E88" w14:textId="77777777" w:rsidR="007C0322" w:rsidRDefault="00000000">
            <w:pPr>
              <w:spacing w:after="0" w:line="240" w:lineRule="auto"/>
            </w:pPr>
            <w:r>
              <w:rPr>
                <w:sz w:val="16"/>
              </w:rPr>
              <w:t>6.60</w:t>
            </w:r>
          </w:p>
        </w:tc>
        <w:tc>
          <w:tcPr>
            <w:tcW w:w="23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9AE30C1" w14:textId="77777777" w:rsidR="007C0322" w:rsidRDefault="00000000">
            <w:pPr>
              <w:spacing w:after="0" w:line="240" w:lineRule="auto"/>
            </w:pPr>
            <w:r>
              <w:rPr>
                <w:sz w:val="16"/>
              </w:rPr>
              <w:t>Maximum</w:t>
            </w:r>
          </w:p>
        </w:tc>
      </w:tr>
      <w:tr w:rsidR="007C0322" w14:paraId="0EFAAEBE" w14:textId="77777777">
        <w:tc>
          <w:tcPr>
            <w:tcW w:w="11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2208C9C8" w14:textId="77777777" w:rsidR="007C0322" w:rsidRDefault="00000000">
            <w:pPr>
              <w:spacing w:after="0" w:line="240" w:lineRule="auto"/>
            </w:pPr>
            <w:r>
              <w:rPr>
                <w:sz w:val="16"/>
              </w:rPr>
              <w:t>B</w:t>
            </w:r>
          </w:p>
        </w:tc>
        <w:tc>
          <w:tcPr>
            <w:tcW w:w="4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631D3AD" w14:textId="77777777" w:rsidR="007C0322" w:rsidRDefault="00000000">
            <w:pPr>
              <w:spacing w:after="0" w:line="240" w:lineRule="auto"/>
            </w:pPr>
            <w:r>
              <w:rPr>
                <w:sz w:val="16"/>
              </w:rPr>
              <w:t>Overall width</w:t>
            </w:r>
          </w:p>
        </w:tc>
        <w:tc>
          <w:tcPr>
            <w:tcW w:w="2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0925B69" w14:textId="77777777" w:rsidR="007C0322" w:rsidRDefault="00000000">
            <w:pPr>
              <w:spacing w:after="0" w:line="240" w:lineRule="auto"/>
            </w:pPr>
            <w:r>
              <w:rPr>
                <w:sz w:val="16"/>
              </w:rPr>
              <w:t>4.45</w:t>
            </w:r>
          </w:p>
        </w:tc>
        <w:tc>
          <w:tcPr>
            <w:tcW w:w="23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9C96A2B" w14:textId="77777777" w:rsidR="007C0322" w:rsidRDefault="00000000">
            <w:pPr>
              <w:spacing w:after="0" w:line="240" w:lineRule="auto"/>
            </w:pPr>
            <w:r>
              <w:rPr>
                <w:sz w:val="16"/>
              </w:rPr>
              <w:t>Maximum</w:t>
            </w:r>
          </w:p>
        </w:tc>
      </w:tr>
      <w:tr w:rsidR="007C0322" w14:paraId="437003B1" w14:textId="77777777">
        <w:tc>
          <w:tcPr>
            <w:tcW w:w="11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20E7A10" w14:textId="77777777" w:rsidR="007C0322" w:rsidRDefault="00000000">
            <w:pPr>
              <w:spacing w:after="0" w:line="240" w:lineRule="auto"/>
            </w:pPr>
            <w:r>
              <w:rPr>
                <w:sz w:val="16"/>
              </w:rPr>
              <w:t>C</w:t>
            </w:r>
          </w:p>
        </w:tc>
        <w:tc>
          <w:tcPr>
            <w:tcW w:w="4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06DA180" w14:textId="77777777" w:rsidR="007C0322" w:rsidRDefault="00000000">
            <w:pPr>
              <w:spacing w:after="0" w:line="240" w:lineRule="auto"/>
            </w:pPr>
            <w:r>
              <w:rPr>
                <w:sz w:val="16"/>
              </w:rPr>
              <w:t>Epoxy body length</w:t>
            </w:r>
          </w:p>
        </w:tc>
        <w:tc>
          <w:tcPr>
            <w:tcW w:w="2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8D97A06" w14:textId="77777777" w:rsidR="007C0322" w:rsidRDefault="00000000">
            <w:pPr>
              <w:spacing w:after="0" w:line="240" w:lineRule="auto"/>
            </w:pPr>
            <w:r>
              <w:rPr>
                <w:sz w:val="16"/>
              </w:rPr>
              <w:t>4.00 ± 0.20</w:t>
            </w:r>
          </w:p>
        </w:tc>
        <w:tc>
          <w:tcPr>
            <w:tcW w:w="23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A2B1FCE" w14:textId="77777777" w:rsidR="007C0322" w:rsidRDefault="00000000">
            <w:pPr>
              <w:spacing w:after="0" w:line="240" w:lineRule="auto"/>
            </w:pPr>
            <w:r>
              <w:rPr>
                <w:sz w:val="16"/>
              </w:rPr>
              <w:t>Nominal ± tolerance</w:t>
            </w:r>
          </w:p>
        </w:tc>
      </w:tr>
      <w:tr w:rsidR="007C0322" w14:paraId="482EF727" w14:textId="77777777">
        <w:tc>
          <w:tcPr>
            <w:tcW w:w="11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B4A7FAF" w14:textId="77777777" w:rsidR="007C0322" w:rsidRDefault="00000000">
            <w:pPr>
              <w:spacing w:after="0" w:line="240" w:lineRule="auto"/>
            </w:pPr>
            <w:r>
              <w:rPr>
                <w:sz w:val="16"/>
              </w:rPr>
              <w:t>D</w:t>
            </w:r>
          </w:p>
        </w:tc>
        <w:tc>
          <w:tcPr>
            <w:tcW w:w="4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4112302" w14:textId="77777777" w:rsidR="007C0322" w:rsidRDefault="00000000">
            <w:pPr>
              <w:spacing w:after="0" w:line="240" w:lineRule="auto"/>
            </w:pPr>
            <w:r>
              <w:rPr>
                <w:sz w:val="16"/>
              </w:rPr>
              <w:t>Overall height</w:t>
            </w:r>
          </w:p>
        </w:tc>
        <w:tc>
          <w:tcPr>
            <w:tcW w:w="2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1078D3AE" w14:textId="77777777" w:rsidR="007C0322" w:rsidRDefault="00000000">
            <w:pPr>
              <w:spacing w:after="0" w:line="240" w:lineRule="auto"/>
            </w:pPr>
            <w:r>
              <w:rPr>
                <w:sz w:val="16"/>
              </w:rPr>
              <w:t>2.92</w:t>
            </w:r>
          </w:p>
        </w:tc>
        <w:tc>
          <w:tcPr>
            <w:tcW w:w="23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65D666C" w14:textId="77777777" w:rsidR="007C0322" w:rsidRDefault="00000000">
            <w:pPr>
              <w:spacing w:after="0" w:line="240" w:lineRule="auto"/>
            </w:pPr>
            <w:r>
              <w:rPr>
                <w:sz w:val="16"/>
              </w:rPr>
              <w:t>Maximum</w:t>
            </w:r>
          </w:p>
        </w:tc>
      </w:tr>
      <w:tr w:rsidR="007C0322" w14:paraId="4DA4EF86" w14:textId="77777777">
        <w:tc>
          <w:tcPr>
            <w:tcW w:w="11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4CCC7CAB" w14:textId="77777777" w:rsidR="007C0322" w:rsidRDefault="00000000">
            <w:pPr>
              <w:spacing w:after="0" w:line="240" w:lineRule="auto"/>
            </w:pPr>
            <w:r>
              <w:rPr>
                <w:sz w:val="16"/>
              </w:rPr>
              <w:t>E</w:t>
            </w:r>
          </w:p>
        </w:tc>
        <w:tc>
          <w:tcPr>
            <w:tcW w:w="4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5BD77C5E" w14:textId="77777777" w:rsidR="007C0322" w:rsidRDefault="00000000">
            <w:pPr>
              <w:spacing w:after="0" w:line="240" w:lineRule="auto"/>
            </w:pPr>
            <w:r>
              <w:rPr>
                <w:sz w:val="16"/>
              </w:rPr>
              <w:t>Overall terminal-to-terminal length</w:t>
            </w:r>
          </w:p>
        </w:tc>
        <w:tc>
          <w:tcPr>
            <w:tcW w:w="2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4CB1097" w14:textId="77777777" w:rsidR="007C0322" w:rsidRDefault="00000000">
            <w:pPr>
              <w:spacing w:after="0" w:line="240" w:lineRule="auto"/>
            </w:pPr>
            <w:r>
              <w:rPr>
                <w:sz w:val="16"/>
              </w:rPr>
              <w:t>6.86</w:t>
            </w:r>
          </w:p>
        </w:tc>
        <w:tc>
          <w:tcPr>
            <w:tcW w:w="23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2D486705" w14:textId="77777777" w:rsidR="007C0322" w:rsidRDefault="00000000">
            <w:pPr>
              <w:spacing w:after="0" w:line="240" w:lineRule="auto"/>
            </w:pPr>
            <w:r>
              <w:rPr>
                <w:sz w:val="16"/>
              </w:rPr>
              <w:t>Nominal</w:t>
            </w:r>
          </w:p>
        </w:tc>
      </w:tr>
      <w:tr w:rsidR="007C0322" w14:paraId="0016F0EC" w14:textId="77777777">
        <w:tc>
          <w:tcPr>
            <w:tcW w:w="11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B85D72C" w14:textId="77777777" w:rsidR="007C0322" w:rsidRDefault="00000000">
            <w:pPr>
              <w:spacing w:after="0" w:line="240" w:lineRule="auto"/>
            </w:pPr>
            <w:r>
              <w:rPr>
                <w:sz w:val="16"/>
              </w:rPr>
              <w:t>F</w:t>
            </w:r>
          </w:p>
        </w:tc>
        <w:tc>
          <w:tcPr>
            <w:tcW w:w="4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89C979C" w14:textId="77777777" w:rsidR="007C0322" w:rsidRDefault="00000000">
            <w:pPr>
              <w:spacing w:after="0" w:line="240" w:lineRule="auto"/>
            </w:pPr>
            <w:r>
              <w:rPr>
                <w:sz w:val="16"/>
              </w:rPr>
              <w:t>Bottom body length</w:t>
            </w:r>
          </w:p>
        </w:tc>
        <w:tc>
          <w:tcPr>
            <w:tcW w:w="2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5A7139B3" w14:textId="77777777" w:rsidR="007C0322" w:rsidRDefault="00000000">
            <w:pPr>
              <w:spacing w:after="0" w:line="240" w:lineRule="auto"/>
            </w:pPr>
            <w:r>
              <w:rPr>
                <w:sz w:val="16"/>
              </w:rPr>
              <w:t>3.96</w:t>
            </w:r>
          </w:p>
        </w:tc>
        <w:tc>
          <w:tcPr>
            <w:tcW w:w="23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4BF75CC" w14:textId="77777777" w:rsidR="007C0322" w:rsidRDefault="00000000">
            <w:pPr>
              <w:spacing w:after="0" w:line="240" w:lineRule="auto"/>
            </w:pPr>
            <w:r>
              <w:rPr>
                <w:sz w:val="16"/>
              </w:rPr>
              <w:t>Nominal</w:t>
            </w:r>
          </w:p>
        </w:tc>
      </w:tr>
      <w:tr w:rsidR="007C0322" w14:paraId="078DCA9F" w14:textId="77777777">
        <w:tc>
          <w:tcPr>
            <w:tcW w:w="11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B255119" w14:textId="77777777" w:rsidR="007C0322" w:rsidRDefault="00000000">
            <w:pPr>
              <w:spacing w:after="0" w:line="240" w:lineRule="auto"/>
            </w:pPr>
            <w:r>
              <w:rPr>
                <w:sz w:val="16"/>
              </w:rPr>
              <w:t>G</w:t>
            </w:r>
          </w:p>
        </w:tc>
        <w:tc>
          <w:tcPr>
            <w:tcW w:w="4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31A4EAE0" w14:textId="77777777" w:rsidR="007C0322" w:rsidRDefault="00000000">
            <w:pPr>
              <w:spacing w:after="0" w:line="240" w:lineRule="auto"/>
            </w:pPr>
            <w:r>
              <w:rPr>
                <w:sz w:val="16"/>
              </w:rPr>
              <w:t>Termination length</w:t>
            </w:r>
          </w:p>
        </w:tc>
        <w:tc>
          <w:tcPr>
            <w:tcW w:w="2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1ED35CC0" w14:textId="77777777" w:rsidR="007C0322" w:rsidRDefault="00000000">
            <w:pPr>
              <w:spacing w:after="0" w:line="240" w:lineRule="auto"/>
            </w:pPr>
            <w:r>
              <w:rPr>
                <w:sz w:val="16"/>
              </w:rPr>
              <w:t>1.45</w:t>
            </w:r>
          </w:p>
        </w:tc>
        <w:tc>
          <w:tcPr>
            <w:tcW w:w="23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2D99FD0E" w14:textId="77777777" w:rsidR="007C0322" w:rsidRDefault="00000000">
            <w:pPr>
              <w:spacing w:after="0" w:line="240" w:lineRule="auto"/>
            </w:pPr>
            <w:r>
              <w:rPr>
                <w:sz w:val="16"/>
              </w:rPr>
              <w:t>Nominal</w:t>
            </w:r>
          </w:p>
        </w:tc>
      </w:tr>
      <w:tr w:rsidR="007C0322" w14:paraId="5D023C07" w14:textId="77777777">
        <w:tc>
          <w:tcPr>
            <w:tcW w:w="11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65A2E2A4" w14:textId="77777777" w:rsidR="007C0322" w:rsidRDefault="00000000">
            <w:pPr>
              <w:spacing w:after="0" w:line="240" w:lineRule="auto"/>
            </w:pPr>
            <w:r>
              <w:rPr>
                <w:sz w:val="16"/>
              </w:rPr>
              <w:t>H</w:t>
            </w:r>
          </w:p>
        </w:tc>
        <w:tc>
          <w:tcPr>
            <w:tcW w:w="4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4DDA637" w14:textId="77777777" w:rsidR="007C0322" w:rsidRDefault="00000000">
            <w:pPr>
              <w:spacing w:after="0" w:line="240" w:lineRule="auto"/>
            </w:pPr>
            <w:r>
              <w:rPr>
                <w:sz w:val="16"/>
              </w:rPr>
              <w:t>Termination/body width</w:t>
            </w:r>
          </w:p>
        </w:tc>
        <w:tc>
          <w:tcPr>
            <w:tcW w:w="23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363E5064" w14:textId="77777777" w:rsidR="007C0322" w:rsidRDefault="00000000">
            <w:pPr>
              <w:spacing w:after="0" w:line="240" w:lineRule="auto"/>
            </w:pPr>
            <w:r>
              <w:rPr>
                <w:sz w:val="16"/>
              </w:rPr>
              <w:t>2.47 ± 0.30</w:t>
            </w:r>
          </w:p>
        </w:tc>
        <w:tc>
          <w:tcPr>
            <w:tcW w:w="23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0F9EDFF4" w14:textId="77777777" w:rsidR="007C0322" w:rsidRDefault="00000000">
            <w:pPr>
              <w:spacing w:after="0" w:line="240" w:lineRule="auto"/>
            </w:pPr>
            <w:r>
              <w:rPr>
                <w:sz w:val="16"/>
              </w:rPr>
              <w:t>Nominal ± tolerance</w:t>
            </w:r>
          </w:p>
        </w:tc>
      </w:tr>
      <w:tr w:rsidR="007C0322" w14:paraId="3DF725A0" w14:textId="77777777">
        <w:tc>
          <w:tcPr>
            <w:tcW w:w="11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39C5AEB6" w14:textId="77777777" w:rsidR="007C0322" w:rsidRDefault="00000000">
            <w:pPr>
              <w:spacing w:after="0" w:line="240" w:lineRule="auto"/>
            </w:pPr>
            <w:r>
              <w:rPr>
                <w:sz w:val="16"/>
              </w:rPr>
              <w:t>J</w:t>
            </w:r>
          </w:p>
        </w:tc>
        <w:tc>
          <w:tcPr>
            <w:tcW w:w="4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FCC519C" w14:textId="77777777" w:rsidR="007C0322" w:rsidRDefault="00000000">
            <w:pPr>
              <w:spacing w:after="0" w:line="240" w:lineRule="auto"/>
            </w:pPr>
            <w:r>
              <w:rPr>
                <w:sz w:val="16"/>
              </w:rPr>
              <w:t>Terminal contact width</w:t>
            </w:r>
          </w:p>
        </w:tc>
        <w:tc>
          <w:tcPr>
            <w:tcW w:w="23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0C63B12E" w14:textId="77777777" w:rsidR="007C0322" w:rsidRDefault="00000000">
            <w:pPr>
              <w:spacing w:after="0" w:line="240" w:lineRule="auto"/>
            </w:pPr>
            <w:r>
              <w:rPr>
                <w:sz w:val="16"/>
              </w:rPr>
              <w:t>1.83 ± 0.30</w:t>
            </w:r>
          </w:p>
        </w:tc>
        <w:tc>
          <w:tcPr>
            <w:tcW w:w="23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790ED94" w14:textId="77777777" w:rsidR="007C0322" w:rsidRDefault="00000000">
            <w:pPr>
              <w:spacing w:after="0" w:line="240" w:lineRule="auto"/>
            </w:pPr>
            <w:r>
              <w:rPr>
                <w:sz w:val="16"/>
              </w:rPr>
              <w:t>Nominal ± tolerance</w:t>
            </w:r>
          </w:p>
        </w:tc>
      </w:tr>
    </w:tbl>
    <w:p w14:paraId="4D6B4351" w14:textId="77777777" w:rsidR="007C0322" w:rsidRDefault="00000000">
      <w:pPr>
        <w:pStyle w:val="2"/>
      </w:pPr>
      <w:r>
        <w:t>Packaging and Handling</w:t>
      </w:r>
    </w:p>
    <w:p w14:paraId="27024C40" w14:textId="77777777" w:rsidR="007C0322" w:rsidRDefault="00000000">
      <w:pPr>
        <w:spacing w:after="80"/>
      </w:pPr>
      <w:r>
        <w:rPr>
          <w:sz w:val="18"/>
        </w:rPr>
        <w:t>Standard supply format: tape and reel. Store and handle in accordance with the assembly process requirements for surface-mount magnetic components. Contact Logic Tech Labs for reel quantity, packaging dimensions, soldering guidance, and current material declarations.</w:t>
      </w:r>
    </w:p>
    <w:p w14:paraId="1E33F437" w14:textId="77777777" w:rsidR="007C0322" w:rsidRDefault="00000000">
      <w:pPr>
        <w:pStyle w:val="2"/>
      </w:pPr>
      <w:r>
        <w:t>Operating Conditions</w:t>
      </w:r>
    </w:p>
    <w:tbl>
      <w:tblPr>
        <w:tblW w:w="10037" w:type="dxa"/>
        <w:tblLayout w:type="fixed"/>
        <w:tblLook w:val="04A0" w:firstRow="1" w:lastRow="0" w:firstColumn="1" w:lastColumn="0" w:noHBand="0" w:noVBand="1"/>
      </w:tblPr>
      <w:tblGrid>
        <w:gridCol w:w="3500"/>
        <w:gridCol w:w="6537"/>
      </w:tblGrid>
      <w:tr w:rsidR="007C0322" w14:paraId="2E6871BB" w14:textId="77777777">
        <w:trPr>
          <w:tblHeader/>
        </w:trPr>
        <w:tc>
          <w:tcPr>
            <w:tcW w:w="3500"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4A2CA7F7" w14:textId="77777777" w:rsidR="007C0322" w:rsidRDefault="00000000">
            <w:pPr>
              <w:spacing w:after="0" w:line="240" w:lineRule="auto"/>
            </w:pPr>
            <w:r>
              <w:rPr>
                <w:b/>
                <w:color w:val="FFFFFF"/>
                <w:sz w:val="17"/>
              </w:rPr>
              <w:t>Parameter</w:t>
            </w:r>
          </w:p>
        </w:tc>
        <w:tc>
          <w:tcPr>
            <w:tcW w:w="6537" w:type="dxa"/>
            <w:tcBorders>
              <w:top w:val="single" w:sz="5" w:space="0" w:color="D0D5DD"/>
              <w:left w:val="single" w:sz="5" w:space="0" w:color="D0D5DD"/>
              <w:bottom w:val="single" w:sz="5" w:space="0" w:color="D0D5DD"/>
              <w:right w:val="single" w:sz="5" w:space="0" w:color="D0D5DD"/>
            </w:tcBorders>
            <w:shd w:val="clear" w:color="auto" w:fill="4F39F6"/>
            <w:tcMar>
              <w:top w:w="55" w:type="dxa"/>
              <w:left w:w="80" w:type="dxa"/>
              <w:bottom w:w="55" w:type="dxa"/>
              <w:right w:w="80" w:type="dxa"/>
            </w:tcMar>
            <w:vAlign w:val="center"/>
          </w:tcPr>
          <w:p w14:paraId="2E347B3C" w14:textId="77777777" w:rsidR="007C0322" w:rsidRDefault="00000000">
            <w:pPr>
              <w:spacing w:after="0" w:line="240" w:lineRule="auto"/>
            </w:pPr>
            <w:r>
              <w:rPr>
                <w:b/>
                <w:color w:val="FFFFFF"/>
                <w:sz w:val="17"/>
              </w:rPr>
              <w:t>Specification</w:t>
            </w:r>
          </w:p>
        </w:tc>
      </w:tr>
      <w:tr w:rsidR="007C0322" w14:paraId="6B94CC5C" w14:textId="77777777">
        <w:tc>
          <w:tcPr>
            <w:tcW w:w="3500"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77DFF0F7" w14:textId="77777777" w:rsidR="007C0322" w:rsidRDefault="00000000">
            <w:pPr>
              <w:spacing w:after="0" w:line="240" w:lineRule="auto"/>
            </w:pPr>
            <w:r>
              <w:rPr>
                <w:sz w:val="17"/>
              </w:rPr>
              <w:t>Operating temperature</w:t>
            </w:r>
          </w:p>
        </w:tc>
        <w:tc>
          <w:tcPr>
            <w:tcW w:w="6537" w:type="dxa"/>
            <w:tcBorders>
              <w:top w:val="single" w:sz="5" w:space="0" w:color="D0D5DD"/>
              <w:left w:val="single" w:sz="5" w:space="0" w:color="D0D5DD"/>
              <w:bottom w:val="single" w:sz="5" w:space="0" w:color="D0D5DD"/>
              <w:right w:val="single" w:sz="5" w:space="0" w:color="D0D5DD"/>
            </w:tcBorders>
            <w:tcMar>
              <w:top w:w="55" w:type="dxa"/>
              <w:left w:w="80" w:type="dxa"/>
              <w:bottom w:w="55" w:type="dxa"/>
              <w:right w:w="80" w:type="dxa"/>
            </w:tcMar>
            <w:vAlign w:val="center"/>
          </w:tcPr>
          <w:p w14:paraId="652C325B" w14:textId="77777777" w:rsidR="007C0322" w:rsidRDefault="00000000">
            <w:pPr>
              <w:spacing w:after="0" w:line="240" w:lineRule="auto"/>
            </w:pPr>
            <w:r>
              <w:rPr>
                <w:sz w:val="17"/>
              </w:rPr>
              <w:t>-40°C to +85°C</w:t>
            </w:r>
          </w:p>
        </w:tc>
      </w:tr>
      <w:tr w:rsidR="007C0322" w14:paraId="5B1C9337" w14:textId="77777777">
        <w:tc>
          <w:tcPr>
            <w:tcW w:w="3500"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4670D690" w14:textId="77777777" w:rsidR="007C0322" w:rsidRDefault="00000000">
            <w:pPr>
              <w:spacing w:after="0" w:line="240" w:lineRule="auto"/>
            </w:pPr>
            <w:r>
              <w:rPr>
                <w:sz w:val="17"/>
              </w:rPr>
              <w:t>Mounting style</w:t>
            </w:r>
          </w:p>
        </w:tc>
        <w:tc>
          <w:tcPr>
            <w:tcW w:w="6537" w:type="dxa"/>
            <w:tcBorders>
              <w:top w:val="single" w:sz="5" w:space="0" w:color="D0D5DD"/>
              <w:left w:val="single" w:sz="5" w:space="0" w:color="D0D5DD"/>
              <w:bottom w:val="single" w:sz="5" w:space="0" w:color="D0D5DD"/>
              <w:right w:val="single" w:sz="5" w:space="0" w:color="D0D5DD"/>
            </w:tcBorders>
            <w:shd w:val="clear" w:color="auto" w:fill="F7F8FA"/>
            <w:tcMar>
              <w:top w:w="55" w:type="dxa"/>
              <w:left w:w="80" w:type="dxa"/>
              <w:bottom w:w="55" w:type="dxa"/>
              <w:right w:w="80" w:type="dxa"/>
            </w:tcMar>
            <w:vAlign w:val="center"/>
          </w:tcPr>
          <w:p w14:paraId="71E436F0" w14:textId="77777777" w:rsidR="007C0322" w:rsidRDefault="00000000">
            <w:pPr>
              <w:spacing w:after="0" w:line="240" w:lineRule="auto"/>
            </w:pPr>
            <w:r>
              <w:rPr>
                <w:sz w:val="17"/>
              </w:rPr>
              <w:t>Surface mount</w:t>
            </w:r>
          </w:p>
        </w:tc>
      </w:tr>
    </w:tbl>
    <w:p w14:paraId="724892E6" w14:textId="77777777" w:rsidR="007C0322" w:rsidRDefault="00000000">
      <w:pPr>
        <w:pStyle w:val="2"/>
      </w:pPr>
      <w:r>
        <w:t>Important Notice</w:t>
      </w:r>
    </w:p>
    <w:p w14:paraId="65386D4D" w14:textId="77777777" w:rsidR="007C0322" w:rsidRDefault="00000000">
      <w:pPr>
        <w:spacing w:after="40"/>
      </w:pPr>
      <w:r>
        <w:rPr>
          <w:color w:val="667085"/>
          <w:sz w:val="16"/>
        </w:rPr>
        <w:t>Specifications are subject to change without notice. Designers are responsible for validating suitability under actual electrical, thermal, mechanical, and environmental conditions. Contact Logic Tech Labs before using this product in safety-critical, life-support, or otherwise high-reliability applications.</w:t>
      </w:r>
    </w:p>
    <w:sectPr w:rsidR="007C0322" w:rsidSect="00034616">
      <w:pgSz w:w="11909" w:h="16834"/>
      <w:pgMar w:top="648" w:right="936" w:bottom="648" w:left="936"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8EA4059"/>
    <w:multiLevelType w:val="singleLevel"/>
    <w:tmpl w:val="996438A8"/>
    <w:lvl w:ilvl="0">
      <w:start w:val="1"/>
      <w:numFmt w:val="bullet"/>
      <w:pStyle w:val="a"/>
      <w:lvlText w:val="•"/>
      <w:lvlJc w:val="left"/>
      <w:pPr>
        <w:tabs>
          <w:tab w:val="num" w:pos="540"/>
        </w:tabs>
        <w:spacing w:after="80" w:line="300" w:lineRule="auto"/>
        <w:ind w:left="540" w:hanging="270"/>
      </w:pPr>
      <w:rPr>
        <w:rFonts w:ascii="Arial" w:hAnsi="Arial"/>
      </w:rPr>
    </w:lvl>
  </w:abstractNum>
  <w:num w:numId="1" w16cid:durableId="14240633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2DD"/>
    <w:rsid w:val="0006063C"/>
    <w:rsid w:val="0015074B"/>
    <w:rsid w:val="0029639D"/>
    <w:rsid w:val="00326F90"/>
    <w:rsid w:val="005D0430"/>
    <w:rsid w:val="007C032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6025B1"/>
  <w14:defaultImageDpi w14:val="300"/>
  <w15:docId w15:val="{9EE9F7CC-7A24-4659-9B60-579D7325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20" w:line="283" w:lineRule="auto"/>
    </w:pPr>
    <w:rPr>
      <w:rFonts w:ascii="Arial" w:hAnsi="Arial"/>
      <w:color w:val="101828"/>
      <w:sz w:val="19"/>
    </w:rPr>
  </w:style>
  <w:style w:type="paragraph" w:styleId="1">
    <w:name w:val="heading 1"/>
    <w:basedOn w:val="a0"/>
    <w:next w:val="a0"/>
    <w:link w:val="10"/>
    <w:uiPriority w:val="9"/>
    <w:qFormat/>
    <w:rsid w:val="00FC693F"/>
    <w:pPr>
      <w:keepNext/>
      <w:keepLines/>
      <w:spacing w:before="280" w:after="140"/>
      <w:outlineLvl w:val="0"/>
    </w:pPr>
    <w:rPr>
      <w:rFonts w:asciiTheme="majorHAnsi" w:eastAsiaTheme="majorEastAsia" w:hAnsiTheme="majorHAnsi" w:cstheme="majorBidi"/>
      <w:b/>
      <w:bCs/>
      <w:color w:val="4F39F6"/>
      <w:sz w:val="32"/>
      <w:szCs w:val="28"/>
    </w:rPr>
  </w:style>
  <w:style w:type="paragraph" w:styleId="2">
    <w:name w:val="heading 2"/>
    <w:basedOn w:val="a0"/>
    <w:next w:val="a0"/>
    <w:link w:val="20"/>
    <w:uiPriority w:val="9"/>
    <w:unhideWhenUsed/>
    <w:qFormat/>
    <w:rsid w:val="00FC693F"/>
    <w:pPr>
      <w:keepNext/>
      <w:keepLines/>
      <w:spacing w:before="200" w:after="100"/>
      <w:outlineLvl w:val="1"/>
    </w:pPr>
    <w:rPr>
      <w:rFonts w:asciiTheme="majorHAnsi" w:eastAsiaTheme="majorEastAsia" w:hAnsiTheme="majorHAnsi" w:cstheme="majorBidi"/>
      <w:b/>
      <w:bCs/>
      <w:color w:val="4F39F6"/>
      <w:sz w:val="24"/>
      <w:szCs w:val="26"/>
    </w:rPr>
  </w:style>
  <w:style w:type="paragraph" w:styleId="3">
    <w:name w:val="heading 3"/>
    <w:basedOn w:val="a0"/>
    <w:next w:val="a0"/>
    <w:link w:val="30"/>
    <w:uiPriority w:val="9"/>
    <w:unhideWhenUsed/>
    <w:qFormat/>
    <w:rsid w:val="00FC693F"/>
    <w:pPr>
      <w:keepNext/>
      <w:keepLines/>
      <w:spacing w:before="160" w:after="80"/>
      <w:outlineLvl w:val="2"/>
    </w:pPr>
    <w:rPr>
      <w:rFonts w:asciiTheme="majorHAnsi" w:eastAsiaTheme="majorEastAsia" w:hAnsiTheme="majorHAnsi" w:cstheme="majorBidi"/>
      <w:b/>
      <w:bCs/>
      <w:color w:val="111827"/>
      <w:sz w:val="21"/>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כותרת עליונה תו"/>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כותרת תחתונה תו"/>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כותרת 1 תו"/>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כותרת 3 תו"/>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כותרת טקסט תו"/>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כותרת משנה תו"/>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גוף טקסט תו"/>
    <w:basedOn w:val="a1"/>
    <w:link w:val="ae"/>
    <w:uiPriority w:val="99"/>
    <w:rsid w:val="00AA1D8D"/>
  </w:style>
  <w:style w:type="paragraph" w:styleId="21">
    <w:name w:val="Body Text 2"/>
    <w:basedOn w:val="a0"/>
    <w:link w:val="22"/>
    <w:uiPriority w:val="99"/>
    <w:unhideWhenUsed/>
    <w:rsid w:val="00AA1D8D"/>
    <w:pPr>
      <w:spacing w:line="480" w:lineRule="auto"/>
    </w:pPr>
  </w:style>
  <w:style w:type="character" w:customStyle="1" w:styleId="22">
    <w:name w:val="גוף טקסט 2 תו"/>
    <w:basedOn w:val="a1"/>
    <w:link w:val="21"/>
    <w:uiPriority w:val="99"/>
    <w:rsid w:val="00AA1D8D"/>
  </w:style>
  <w:style w:type="paragraph" w:styleId="31">
    <w:name w:val="Body Text 3"/>
    <w:basedOn w:val="a0"/>
    <w:link w:val="32"/>
    <w:uiPriority w:val="99"/>
    <w:unhideWhenUsed/>
    <w:rsid w:val="00AA1D8D"/>
    <w:rPr>
      <w:sz w:val="16"/>
      <w:szCs w:val="16"/>
    </w:rPr>
  </w:style>
  <w:style w:type="character" w:customStyle="1" w:styleId="32">
    <w:name w:val="גוף טקסט 3 תו"/>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טקסט מאקרו תו"/>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ציטוט תו"/>
    <w:basedOn w:val="a1"/>
    <w:link w:val="af5"/>
    <w:uiPriority w:val="29"/>
    <w:rsid w:val="00FC693F"/>
    <w:rPr>
      <w:i/>
      <w:iCs/>
      <w:color w:val="000000" w:themeColor="text1"/>
    </w:rPr>
  </w:style>
  <w:style w:type="character" w:customStyle="1" w:styleId="40">
    <w:name w:val="כותרת 4 תו"/>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כותרת 5 תו"/>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כותרת 6 תו"/>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כותרת 7 תו"/>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כותרת 8 תו"/>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כותרת 9 תו"/>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ציטוט חזק תו"/>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aff1">
    <w:name w:val="TOC Heading"/>
    <w:basedOn w:val="1"/>
    <w:next w:val="a0"/>
    <w:uiPriority w:val="39"/>
    <w:semiHidden/>
    <w:unhideWhenUsed/>
    <w:qFormat/>
    <w:rsid w:val="00FC693F"/>
    <w:pPr>
      <w:outlineLvl w:val="9"/>
    </w:pPr>
  </w:style>
  <w:style w:type="table" w:styleId="aff2">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2">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3776</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LTL-IND-403 Series Shielded Low-DCR Power Inductors</dc:title>
  <dc:subject>Logic Tech Labs product data sheet</dc:subject>
  <dc:creator>Logic Tech Labs</dc:creator>
  <cp:keywords>inductor, shielded, low DCR, LTL-IND-403, Logic Tech Labs</cp:keywords>
  <dc:description>LTL product data sheet, Revision A</dc:description>
  <cp:lastModifiedBy>זוהר דוידוב</cp:lastModifiedBy>
  <cp:revision>2</cp:revision>
  <dcterms:created xsi:type="dcterms:W3CDTF">2013-12-23T23:15:00Z</dcterms:created>
  <dcterms:modified xsi:type="dcterms:W3CDTF">2026-08-22T19:35:00Z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a02dd388-7897-4ae7-a581-be52742f39e1</vt:lpwstr>
  </property>
</Properties>
</file>